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Recibo de alquiler de varios periodos</w:t>
      </w:r>
    </w:p>
    <w:p>
      <w:r>
        <w:t>Completa los campos y comprueba el pago antes de firmar. Importes y moneda deben coincidir con el justificante.</w:t>
      </w:r>
    </w:p>
    <w:p>
      <w:r>
        <w:t>Recibo n.º __________________    Fecha del pago __________________</w:t>
      </w:r>
    </w:p>
    <w:p>
      <w:pPr>
        <w:pStyle w:val="Heading1"/>
      </w:pPr>
      <w:r>
        <w:t>Identificación del alquiler</w:t>
      </w:r>
    </w:p>
    <w:p>
      <w:r>
        <w:t>Quien recibe __________________________________________________</w:t>
      </w:r>
    </w:p>
    <w:p>
      <w:r>
        <w:t>Quien paga ____________________________________________________</w:t>
      </w:r>
    </w:p>
    <w:p>
      <w:r>
        <w:t>Inmueble y unidad ______________________________________________</w:t>
      </w:r>
    </w:p>
    <w:p>
      <w:r>
        <w:t>Referencia del contrato _________________________________________</w:t>
      </w:r>
    </w:p>
    <w:p>
      <w:pPr>
        <w:pStyle w:val="Heading1"/>
      </w:pPr>
      <w:r>
        <w:t>Distribución del pago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031"/>
        <w:gridCol w:w="2664"/>
        <w:gridCol w:w="2664"/>
      </w:tblGrid>
      <w:tr>
        <w:trPr>
          <w:cantSplit/>
          <w:tblHeader/>
        </w:trPr>
        <w:tc>
          <w:tcPr>
            <w:tcW w:type="dxa" w:w="403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  <w:shd w:val="clear" w:fill="E7EDF3"/>
          </w:tcPr>
          <w:p>
            <w:pPr>
              <w:spacing w:after="40" w:before="40"/>
            </w:pPr>
            <w:r>
              <w:rPr>
                <w:b/>
                <w:sz w:val="18"/>
              </w:rPr>
              <w:t>Periodo desde y hasta</w:t>
            </w:r>
          </w:p>
        </w:tc>
        <w:tc>
          <w:tcPr>
            <w:tcW w:type="dxa" w:w="2664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  <w:shd w:val="clear" w:fill="E7EDF3"/>
          </w:tcPr>
          <w:p>
            <w:pPr>
              <w:spacing w:after="40" w:before="40"/>
            </w:pPr>
            <w:r>
              <w:rPr>
                <w:b/>
                <w:sz w:val="18"/>
              </w:rPr>
              <w:t>Importe aplicado</w:t>
            </w:r>
          </w:p>
        </w:tc>
        <w:tc>
          <w:tcPr>
            <w:tcW w:type="dxa" w:w="2664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  <w:shd w:val="clear" w:fill="E7EDF3"/>
          </w:tcPr>
          <w:p>
            <w:pPr>
              <w:spacing w:after="40" w:before="40"/>
            </w:pPr>
            <w:r>
              <w:rPr>
                <w:b/>
                <w:sz w:val="18"/>
              </w:rPr>
              <w:t>Saldo del periodo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________________</w:t>
            </w:r>
          </w:p>
        </w:tc>
        <w:tc>
          <w:tcPr>
            <w:tcW w:type="dxa" w:w="2664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____________</w:t>
            </w:r>
          </w:p>
        </w:tc>
        <w:tc>
          <w:tcPr>
            <w:tcW w:type="dxa" w:w="2664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____________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________________</w:t>
            </w:r>
          </w:p>
        </w:tc>
        <w:tc>
          <w:tcPr>
            <w:tcW w:type="dxa" w:w="2664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____________</w:t>
            </w:r>
          </w:p>
        </w:tc>
        <w:tc>
          <w:tcPr>
            <w:tcW w:type="dxa" w:w="2664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____________</w:t>
            </w:r>
          </w:p>
        </w:tc>
      </w:tr>
      <w:tr>
        <w:trPr>
          <w:cantSplit/>
        </w:trPr>
        <w:tc>
          <w:tcPr>
            <w:tcW w:type="dxa" w:w="403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________________</w:t>
            </w:r>
          </w:p>
        </w:tc>
        <w:tc>
          <w:tcPr>
            <w:tcW w:type="dxa" w:w="2664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____________</w:t>
            </w:r>
          </w:p>
        </w:tc>
        <w:tc>
          <w:tcPr>
            <w:tcW w:type="dxa" w:w="2664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____________</w:t>
            </w:r>
          </w:p>
        </w:tc>
      </w:tr>
    </w:tbl>
    <w:p>
      <w:r>
        <w:t>Total recibido _______________  Moneda _____________</w:t>
      </w:r>
    </w:p>
    <w:p>
      <w:r>
        <w:t>Medio de pago __________________ Referencia ____________________</w:t>
      </w:r>
    </w:p>
    <w:p>
      <w:r>
        <w:t>La suma de importes aplicados debe coincidir con el total recibido.</w:t>
      </w:r>
    </w:p>
    <w:p>
      <w:pPr>
        <w:pStyle w:val="Heading1"/>
      </w:pPr>
      <w:r>
        <w:t>Constancia de recepción</w:t>
      </w:r>
    </w:p>
    <w:p>
      <w:r>
        <w:t>Declaro haber recibido el importe indicado, aplicado exclusivamente al periodo o a los periodos descritos en este documento.</w:t>
      </w:r>
    </w:p>
    <w:p>
      <w:r>
        <w:t>Nombre de quien recibe __________________ Firma __________________</w:t>
      </w:r>
    </w:p>
    <w:p>
      <w:r>
        <w:t>Documento de apoyo administrativo. No es una factura fiscal ni un CFDI. Revisa los requisitos aplicables en tu país. No incluye fianzas ni liquidaciones del contrato.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Recibo de alquiler de varios periodos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