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por transferencia</w:t>
      </w:r>
    </w:p>
    <w:p>
      <w:r>
        <w:t>Completa los campos y comprueba el pago antes de firmar. Importes y moneda deben coincidir con el justificante.</w:t>
      </w:r>
    </w:p>
    <w:p>
      <w:r>
        <w:t>Recibo n.º __________________    Fecha del pago __________________</w:t>
      </w:r>
    </w:p>
    <w:p>
      <w:pPr>
        <w:pStyle w:val="Heading1"/>
      </w:pPr>
      <w:r>
        <w:t>Identificación del alquiler</w:t>
      </w:r>
    </w:p>
    <w:p>
      <w:r>
        <w:t>Quien recibe __________________________________________________</w:t>
      </w:r>
    </w:p>
    <w:p>
      <w:r>
        <w:t>Quien paga ____________________________________________________</w:t>
      </w:r>
    </w:p>
    <w:p>
      <w:r>
        <w:t>Inmueble y unidad ______________________________________________</w:t>
      </w:r>
    </w:p>
    <w:p>
      <w:r>
        <w:t>Referencia del contrato _________________________________________</w:t>
      </w:r>
    </w:p>
    <w:p>
      <w:r>
        <w:t>Periodo desde __________________ hasta ________________________</w:t>
      </w:r>
    </w:p>
    <w:p>
      <w:pPr>
        <w:pStyle w:val="Heading1"/>
      </w:pPr>
      <w:r>
        <w:t>Detalle del pago</w:t>
      </w:r>
    </w:p>
    <w:p>
      <w:r>
        <w:t>Importe recibido __________________ Moneda ___________________</w:t>
      </w:r>
    </w:p>
    <w:p>
      <w:r>
        <w:t>Importe en letras ______________________________________________</w:t>
      </w:r>
    </w:p>
    <w:p>
      <w:r>
        <w:t>Saldo pendiente del periodo tras este pago ______________________</w:t>
      </w:r>
    </w:p>
    <w:p>
      <w:r>
        <w:t>Fecha de abono confirmada __________ Referencia _________________</w:t>
      </w:r>
    </w:p>
    <w:p>
      <w:r>
        <w:t>Cuenta destinataria identificada por sus últimos dígitos ___________</w:t>
      </w:r>
    </w:p>
    <w:p>
      <w:pPr>
        <w:pStyle w:val="Heading1"/>
      </w:pPr>
      <w:r>
        <w:t>Constancia de recepción</w:t>
      </w:r>
    </w:p>
    <w:p>
      <w:r>
        <w:t>Declaro haber recibido el importe indicado, aplicado exclusivamente al periodo o a los periodos descritos en este documento.</w:t>
      </w:r>
    </w:p>
    <w:p>
      <w:r>
        <w:t>Nombre de quien recibe __________________ Firma __________________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por transferencia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