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 w:before="0"/>
        <w:jc w:val="center"/>
      </w:pPr>
      <w:r>
        <w:rPr>
          <w:rFonts w:ascii="Cambria" w:hAnsi="Cambria"/>
          <w:b/>
          <w:i w:val="0"/>
          <w:color w:val="1A1A2E"/>
          <w:sz w:val="28"/>
        </w:rPr>
        <w:t>CUADRO DE MANDO INTEGRAL (KPI DASHBOARD)</w:t>
      </w:r>
    </w:p>
    <w:p>
      <w:pPr>
        <w:spacing w:after="80" w:before="0"/>
        <w:jc w:val="center"/>
      </w:pPr>
      <w:r>
        <w:rPr>
          <w:rFonts w:ascii="Cambria" w:hAnsi="Cambria"/>
          <w:b w:val="0"/>
          <w:i w:val="0"/>
          <w:color w:val="C9A24A"/>
          <w:sz w:val="20"/>
        </w:rPr>
        <w:t>KPI DASHBOARD · FINANCIERO</w:t>
      </w:r>
    </w:p>
    <w:p>
      <w:pPr>
        <w:spacing w:after="320" w:before="0"/>
        <w:jc w:val="center"/>
      </w:pPr>
      <w:r>
        <w:rPr>
          <w:rFonts w:ascii="Cambria" w:hAnsi="Cambria"/>
          <w:b w:val="0"/>
          <w:i w:val="0"/>
          <w:color w:val="C9A24A"/>
          <w:sz w:val="28"/>
        </w:rPr>
        <w:t>────────</w:t>
      </w:r>
    </w:p>
    <w:p>
      <w:pPr>
        <w:spacing w:after="120" w:before="0"/>
        <w:jc w:val="left"/>
      </w:pPr>
      <w:r>
        <w:rPr>
          <w:b w:val="0"/>
          <w:i w:val="0"/>
          <w:color w:val="111111"/>
          <w:sz w:val="16"/>
        </w:rPr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(BSC Kaplan-Norton HBR 1992 · ISO 9004 · EFQM · OKR · Six Sigma DMAIC)</w:t>
      </w:r>
    </w:p>
    <w:p>
      <w:pPr>
        <w:spacing w:after="120" w:before="0"/>
        <w:jc w:val="left"/>
      </w:pPr>
      <w:r>
        <w:rPr>
          <w:b w:val="0"/>
          <w:i w:val="0"/>
          <w:color w:val="111111"/>
          <w:sz w:val="16"/>
        </w:rPr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Empresa: [ Razón social ]  ·  Grupo: [ ______ ]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Ámbito: [ Corporativo · Unidad de negocio · Departamento ]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Período: [ Mes / Trimestre / Año ___ / ___ ]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Metodología: [ BSC Kaplan-Norton · OKR Google · EFQM · 6 Sigma DMAIC · combinación ]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Elaborado por: [ Controller / Director / CFO ]</w:t>
      </w:r>
    </w:p>
    <w:p>
      <w:pPr>
        <w:spacing w:after="120" w:before="0"/>
        <w:jc w:val="left"/>
      </w:pPr>
      <w:r>
        <w:rPr>
          <w:b w:val="0"/>
          <w:i w:val="0"/>
          <w:color w:val="111111"/>
          <w:sz w:val="16"/>
        </w:rPr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1. PERSPECTIVA FINANCIERA (Balanced Scorecard)</w:t>
      </w:r>
    </w:p>
    <w:p>
      <w:pPr>
        <w:spacing w:after="120" w:before="0"/>
        <w:jc w:val="left"/>
      </w:pPr>
      <w:r>
        <w:rPr>
          <w:b w:val="0"/>
          <w:i w:val="0"/>
          <w:color w:val="111111"/>
          <w:sz w:val="16"/>
        </w:rPr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Rentabilidad: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· ROI (Return on Investment): [ ___% ] · Objetivo [ ___% ] · Semáforo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· ROE (Return on Equity): [ ___% ] · Objetivo [ ___% ] · Semáforo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· ROA (Return on Assets): [ ___% ] · Objetivo [ ___% ] · Semáforo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· Margen EBITDA: [ ___% ] · Objetivo [ ___% ] · Semáforo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· Margen bruto: [ ___% ] · Objetivo [ ___% ] · Semáforo</w:t>
      </w:r>
    </w:p>
    <w:p>
      <w:pPr>
        <w:spacing w:after="120" w:before="0"/>
        <w:jc w:val="left"/>
      </w:pPr>
      <w:r>
        <w:rPr>
          <w:b w:val="0"/>
          <w:i w:val="0"/>
          <w:color w:val="111111"/>
          <w:sz w:val="16"/>
        </w:rPr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Crecimiento: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· Revenue growth YoY: [ ___% ] · Objetivo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· CAGR 3 años (Compound Annual Growth Rate): [ ___% ]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· EVA (Economic Value Added): [ ___ EUR ]</w:t>
      </w:r>
    </w:p>
    <w:p>
      <w:pPr>
        <w:spacing w:after="120" w:before="0"/>
        <w:jc w:val="left"/>
      </w:pPr>
      <w:r>
        <w:rPr>
          <w:b w:val="0"/>
          <w:i w:val="0"/>
          <w:color w:val="111111"/>
          <w:sz w:val="16"/>
        </w:rPr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Liquidez y solvencia: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· Ratio corriente (activo corriente / pasivo corriente): [ __ x ]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· Test ácido (activo corriente - existencias / pasivo corriente): [ __ x ]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· PMC (Período Medio Cobro): [ ___ días ]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· PMP (Período Medio Pago): [ ___ días ]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· Días de tesorería (runway): [ ___ días ]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· Ratio deuda / EBITDA: [ ___ x · objetivo &lt;3x ]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· Cobertura de intereses (EBIT/intereses): [ ___ x · objetivo &gt;4x ]</w:t>
      </w:r>
    </w:p>
    <w:p>
      <w:pPr>
        <w:spacing w:after="120" w:before="0"/>
        <w:jc w:val="left"/>
      </w:pPr>
      <w:r>
        <w:rPr>
          <w:b w:val="0"/>
          <w:i w:val="0"/>
          <w:color w:val="111111"/>
          <w:sz w:val="16"/>
        </w:rPr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2. PERSPECTIVA CLIENTE (Balanced Scorecard)</w:t>
      </w:r>
    </w:p>
    <w:p>
      <w:pPr>
        <w:spacing w:after="120" w:before="0"/>
        <w:jc w:val="left"/>
      </w:pPr>
      <w:r>
        <w:rPr>
          <w:b w:val="0"/>
          <w:i w:val="0"/>
          <w:color w:val="111111"/>
          <w:sz w:val="16"/>
        </w:rPr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Satisfacción y lealtad: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· NPS (Net Promoter Score cliente): [ __ · rango -100 a +100 ]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· CSAT (Customer Satisfaction): [ ___% ]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· CES (Customer Effort Score): [ __ · rango 1-7 ]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· Cuota de mercado: [ ___% ]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· Retención de clientes: [ ___% · churn rate ___% ]</w:t>
      </w:r>
    </w:p>
    <w:p>
      <w:pPr>
        <w:spacing w:after="120" w:before="0"/>
        <w:jc w:val="left"/>
      </w:pPr>
      <w:r>
        <w:rPr>
          <w:b w:val="0"/>
          <w:i w:val="0"/>
          <w:color w:val="111111"/>
          <w:sz w:val="16"/>
        </w:rPr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Adquisición comercial: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· Revenue del período: [ ___ EUR ] · Objetivo [ ___ ]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· Nuevos clientes captados: [ ___ ]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· Ticket medio: [ ___ EUR ]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· Pipeline total: [ ___ EUR ] · Weighted [ ___ EUR ]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· Pipeline coverage ratio: [ __ x · objetivo 3-5x ]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· Conversion rates (TOFU→MOFU · MOFU→BOFU · BOFU→cierre): [ __% · __% · __% ]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· Ciclo de venta medio: [ ___ días ]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· LTV (Lifetime Value): [ ___ EUR ]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· CAC (Cost of Acquisition): [ ___ EUR ]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· Ratio LTV/CAC: [ ___ x · objetivo &gt;=3x según Skok ]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· CAC payback period: [ ___ meses · objetivo &lt;=12 meses ]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· Métricas SaaS (si aplica): ARR/MRR · NRR · Gross Revenue Retention (GRR)</w:t>
      </w:r>
    </w:p>
    <w:p>
      <w:pPr>
        <w:spacing w:after="120" w:before="0"/>
        <w:jc w:val="left"/>
      </w:pPr>
      <w:r>
        <w:rPr>
          <w:b w:val="0"/>
          <w:i w:val="0"/>
          <w:color w:val="111111"/>
          <w:sz w:val="16"/>
        </w:rPr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3. PERSPECTIVA PROCESOS INTERNOS (Balanced Scorecard)</w:t>
      </w:r>
    </w:p>
    <w:p>
      <w:pPr>
        <w:spacing w:after="120" w:before="0"/>
        <w:jc w:val="left"/>
      </w:pPr>
      <w:r>
        <w:rPr>
          <w:b w:val="0"/>
          <w:i w:val="0"/>
          <w:color w:val="111111"/>
          <w:sz w:val="16"/>
        </w:rPr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Eficiencia operativa: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· OEE (Overall Equipment Effectiveness) = Disponibilidad × Rendimiento × Calidad: [ ___% · objetivo &gt;=85% JIPM ]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· Lead time (tiempo entrega): [ ___ días ]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· On-time delivery: [ ___% ]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· Capacidad utilizada: [ ___% ]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· Productividad por FTE: [ ___ EUR ]</w:t>
      </w:r>
    </w:p>
    <w:p>
      <w:pPr>
        <w:spacing w:after="120" w:before="0"/>
        <w:jc w:val="left"/>
      </w:pPr>
      <w:r>
        <w:rPr>
          <w:b w:val="0"/>
          <w:i w:val="0"/>
          <w:color w:val="111111"/>
          <w:sz w:val="16"/>
        </w:rPr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Calidad: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· Defect rate: [ ___ ppm · objetivo &lt;100 ppm ]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· First Time Right (FTR): [ ___% ]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· Coste calidad / no calidad: [ ___% del revenue ]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· Reclamaciones cliente: [ ___ · Trend ]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· ISO 9001:2015 non conformities: [ ___ ]</w:t>
      </w:r>
    </w:p>
    <w:p>
      <w:pPr>
        <w:spacing w:after="120" w:before="0"/>
        <w:jc w:val="left"/>
      </w:pPr>
      <w:r>
        <w:rPr>
          <w:b w:val="0"/>
          <w:i w:val="0"/>
          <w:color w:val="111111"/>
          <w:sz w:val="16"/>
        </w:rPr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Mantenimiento e ingeniería: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· MTBF (Mean Time Between Failures): [ ___ horas ]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· MTTR (Mean Time To Repair): [ ___ horas ]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· Availability = MTBF / (MTBF + MTTR): [ ___% ]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· Inventory turnover: [ ___ x/año ]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· Days Inventory Outstanding (DIO): [ ___ días ]</w:t>
      </w:r>
    </w:p>
    <w:p>
      <w:pPr>
        <w:spacing w:after="120" w:before="0"/>
        <w:jc w:val="left"/>
      </w:pPr>
      <w:r>
        <w:rPr>
          <w:b w:val="0"/>
          <w:i w:val="0"/>
          <w:color w:val="111111"/>
          <w:sz w:val="16"/>
        </w:rPr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Digital / tecnología (si aplica):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· Uptime plataforma / SaaS: [ ___% · objetivo 99,9% ]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· Response time medio: [ ___ ms ]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· NPS producto / usabilidad: [ __ ]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· Time to market (features): [ ___ semanas/meses ]</w:t>
      </w:r>
    </w:p>
    <w:p>
      <w:pPr>
        <w:spacing w:after="120" w:before="0"/>
        <w:jc w:val="left"/>
      </w:pPr>
      <w:r>
        <w:rPr>
          <w:b w:val="0"/>
          <w:i w:val="0"/>
          <w:color w:val="111111"/>
          <w:sz w:val="16"/>
        </w:rPr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4. PERSPECTIVA APRENDIZAJE Y CRECIMIENTO (BSC · Personas)</w:t>
      </w:r>
    </w:p>
    <w:p>
      <w:pPr>
        <w:spacing w:after="120" w:before="0"/>
        <w:jc w:val="left"/>
      </w:pPr>
      <w:r>
        <w:rPr>
          <w:b w:val="0"/>
          <w:i w:val="0"/>
          <w:color w:val="111111"/>
          <w:sz w:val="16"/>
        </w:rPr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Talento: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· FTE total: [ ___ personas ]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· eNPS (employee Net Promoter Score, Reichheld/Bain): [ __ · objetivo &gt;20 ]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· Engagement score: [ ___% ]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· Turnover rate anual: [ ___% · voluntario ___% / involuntario ___% ]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· Absenteeism rate: [ ___% ]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· Time to Hire (TTH): [ ___ días ]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· Cost per Hire: [ ___ EUR ]</w:t>
      </w:r>
    </w:p>
    <w:p>
      <w:pPr>
        <w:spacing w:after="120" w:before="0"/>
        <w:jc w:val="left"/>
      </w:pPr>
      <w:r>
        <w:rPr>
          <w:b w:val="0"/>
          <w:i w:val="0"/>
          <w:color w:val="111111"/>
          <w:sz w:val="16"/>
        </w:rPr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Desarrollo: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· Horas formación / FTE: [ ___ h/año · objetivo &gt;=40h ]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· % plantilla con plan de desarrollo individual: [ ___% ]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· Promociones internas del período: [ ___ ]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· Diversidad (mujeres · &lt;30 años · discapacidad · seniority mix): [ ___% cada ]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· Brecha salarial de género (RD 902/2020): [ ___% ]</w:t>
      </w:r>
    </w:p>
    <w:p>
      <w:pPr>
        <w:spacing w:after="120" w:before="0"/>
        <w:jc w:val="left"/>
      </w:pPr>
      <w:r>
        <w:rPr>
          <w:b w:val="0"/>
          <w:i w:val="0"/>
          <w:color w:val="111111"/>
          <w:sz w:val="16"/>
        </w:rPr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Cultura e innovación: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· Ideas presentadas por empleados (buzón sugerencias): [ ___ ]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· Ideas implementadas: [ ___ · ratio ___% ]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· Índice de innovación (revenue de productos &lt;3 años): [ ___% ]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· Certificaciones activas (ISO, EFQM, Great Place to Work): [ ______ ]</w:t>
      </w:r>
    </w:p>
    <w:p>
      <w:pPr>
        <w:spacing w:after="120" w:before="0"/>
        <w:jc w:val="left"/>
      </w:pPr>
      <w:r>
        <w:rPr>
          <w:b w:val="0"/>
          <w:i w:val="0"/>
          <w:color w:val="111111"/>
          <w:sz w:val="16"/>
        </w:rPr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5. PERSPECTIVA SOSTENIBILIDAD (ESG · CSRD UE 2022/2464)</w:t>
      </w:r>
    </w:p>
    <w:p>
      <w:pPr>
        <w:spacing w:after="120" w:before="0"/>
        <w:jc w:val="left"/>
      </w:pPr>
      <w:r>
        <w:rPr>
          <w:b w:val="0"/>
          <w:i w:val="0"/>
          <w:color w:val="111111"/>
          <w:sz w:val="16"/>
        </w:rPr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Environmental (Ambiental):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· Huella carbono Scope 1 (emisiones directas): [ ___ tCO2eq ]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· Huella carbono Scope 2 (electricidad comprada): [ ___ tCO2eq ]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· Huella carbono Scope 3 (cadena de valor · 70-90% total): [ ___ tCO2eq ]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· Intensidad carbono: [ tCO2eq / M€ revenue ]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· Consumo energético: [ ___ MWh · % renovable ___ ]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· Consumo agua: [ ___ m³ ]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· Residuos: [ ___ tn · % reciclados ___ ]</w:t>
      </w:r>
    </w:p>
    <w:p>
      <w:pPr>
        <w:spacing w:after="120" w:before="0"/>
        <w:jc w:val="left"/>
      </w:pPr>
      <w:r>
        <w:rPr>
          <w:b w:val="0"/>
          <w:i w:val="0"/>
          <w:color w:val="111111"/>
          <w:sz w:val="16"/>
        </w:rPr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Social: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· LTIFR (Lost Time Injury Frequency Rate): [ ___ · por millón horas ]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· Accidentes con baja: [ ___ ]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· Formación seguridad/FTE: [ ___ h ]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· % mujeres en plantilla: [ ___% ] · en dirección: [ ___% ]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· % personas con discapacidad: [ ___% · obligación LGDPD 2% &gt;50 FTE ]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· Inversión comunidad (RSC): [ ___ EUR · % revenue ]</w:t>
      </w:r>
    </w:p>
    <w:p>
      <w:pPr>
        <w:spacing w:after="120" w:before="0"/>
        <w:jc w:val="left"/>
      </w:pPr>
      <w:r>
        <w:rPr>
          <w:b w:val="0"/>
          <w:i w:val="0"/>
          <w:color w:val="111111"/>
          <w:sz w:val="16"/>
        </w:rPr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Governance: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· Denuncias canal interno (Ley 2/2023): [ ___ · resueltas ___% ]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· % Consejo con consejeros independientes: [ ___% · objetivo &gt;=1/3 según CNMV ]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· % mujeres en Consejo: [ ___% · objetivo 40% Ley 15/2022 desde 2026 ]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· Certificación anticorrupción (ISO 37001): [ Sí · No ]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· Rating ESG externo: [ MSCI ___ · Sustainalytics ___ · CDP ___ · DJSI ]</w:t>
      </w:r>
    </w:p>
    <w:p>
      <w:pPr>
        <w:spacing w:after="120" w:before="0"/>
        <w:jc w:val="left"/>
      </w:pPr>
      <w:r>
        <w:rPr>
          <w:b w:val="0"/>
          <w:i w:val="0"/>
          <w:color w:val="111111"/>
          <w:sz w:val="16"/>
        </w:rPr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Alineación ODS Agenda 2030 (Objetivos de Desarrollo Sostenible ONU):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· ODS 5 Igualdad de género: [ Impacto y avance ]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· ODS 8 Trabajo decente y crecimiento económico: [ Impacto ]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· ODS 12 Producción y consumo responsables: [ Impacto ]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· ODS 13 Acción por el clima: [ Impacto ]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· Otros ODS materiales para el sector: [ ______ ]</w:t>
      </w:r>
    </w:p>
    <w:p>
      <w:pPr>
        <w:spacing w:after="120" w:before="0"/>
        <w:jc w:val="left"/>
      </w:pPr>
      <w:r>
        <w:rPr>
          <w:b w:val="0"/>
          <w:i w:val="0"/>
          <w:color w:val="111111"/>
          <w:sz w:val="16"/>
        </w:rPr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6. SEMÁFORO GLOBAL Y CONCLUSIONES</w:t>
      </w:r>
    </w:p>
    <w:p>
      <w:pPr>
        <w:spacing w:after="120" w:before="0"/>
        <w:jc w:val="left"/>
      </w:pPr>
      <w:r>
        <w:rPr>
          <w:b w:val="0"/>
          <w:i w:val="0"/>
          <w:color w:val="111111"/>
          <w:sz w:val="16"/>
        </w:rPr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· Perspectiva financiera: [ VERDE · ÁMBAR · ROJO ]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· Perspectiva cliente: [ VERDE · ÁMBAR · ROJO ]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· Perspectiva procesos internos: [ VERDE · ÁMBAR · ROJO ]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· Perspectiva aprendizaje/personas: [ VERDE · ÁMBAR · ROJO ]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· Perspectiva sostenibilidad ESG: [ VERDE · ÁMBAR · ROJO ]</w:t>
      </w:r>
    </w:p>
    <w:p>
      <w:pPr>
        <w:spacing w:after="120" w:before="0"/>
        <w:jc w:val="left"/>
      </w:pPr>
      <w:r>
        <w:rPr>
          <w:b w:val="0"/>
          <w:i w:val="0"/>
          <w:color w:val="111111"/>
          <w:sz w:val="16"/>
        </w:rPr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Top-3 alertas del período: [ ______ ]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Top-3 éxitos del período: [ ______ ]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Acciones inmediatas requeridas: [ ______ ]</w:t>
      </w:r>
    </w:p>
    <w:p>
      <w:pPr>
        <w:spacing w:after="120" w:before="0"/>
        <w:jc w:val="left"/>
      </w:pPr>
      <w:r>
        <w:rPr>
          <w:b w:val="0"/>
          <w:i w:val="0"/>
          <w:color w:val="111111"/>
          <w:sz w:val="16"/>
        </w:rPr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APROBACIÓN</w:t>
      </w:r>
    </w:p>
    <w:p>
      <w:pPr>
        <w:spacing w:after="120" w:before="0"/>
        <w:jc w:val="left"/>
      </w:pPr>
      <w:r>
        <w:rPr>
          <w:b w:val="0"/>
          <w:i w:val="0"/>
          <w:color w:val="111111"/>
          <w:sz w:val="16"/>
        </w:rPr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Elaborado por: [ Controller / Business Analytics ]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Revisado por: [ Director financiero / Director general ]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Aprobado por: [ CEO / Comité Dirección ]</w:t>
      </w:r>
    </w:p>
    <w:p>
      <w:pPr>
        <w:spacing w:after="80" w:before="0" w:line="336" w:lineRule="auto"/>
        <w:jc w:val="left"/>
      </w:pPr>
      <w:r>
        <w:rPr>
          <w:rFonts w:ascii="Cambria" w:hAnsi="Cambria"/>
          <w:b w:val="0"/>
          <w:i w:val="0"/>
          <w:color w:val="1A1A2E"/>
          <w:sz w:val="22"/>
        </w:rPr>
        <w:t>Fecha: [ ___ / ___ / ___ ]</w:t>
      </w:r>
    </w:p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