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Sumas de una cifra</w:t>
      </w:r>
    </w:p>
    <w:p>
      <w:r>
        <w:t>Nombre: __________________________  Fecha: ______________</w:t>
      </w:r>
    </w:p>
    <w:p>
      <w:r>
        <w:t>Suma las dos cantidades y escribe el resultado. Puedes dibujar puntos en el espacio libre.</w:t>
      </w:r>
    </w:p>
    <w:p>
      <w:r>
        <w:t>Ejemplo: 2 + 4 = 6. Juntamos dos elementos con cuatro y contamos seis.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0 + 8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2 + 3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4 + 1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3 + 6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5 + 2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1 + 7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4 + 4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6 + 0 = ______</w:t>
      </w:r>
    </w:p>
    <w:p>
      <w:r>
        <w:t>Elige una suma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Sumas de una cifra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0 + 8 = 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 + 3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+ 1 = 5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 + 6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+ 2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 + 7 = 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 + 4 = 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 + 0 = 6</w:t>
            </w:r>
          </w:p>
        </w:tc>
      </w:tr>
    </w:tbl>
    <w:p>
      <w:pPr>
        <w:pStyle w:val="Heading1"/>
      </w:pPr>
      <w:r>
        <w:t>Orientación para revisar</w:t>
      </w:r>
    </w:p>
    <w:p>
      <w:r>
        <w:t>Pide que explique una respuesta. El cero representa que no se añade ninguna cantidad.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Sumas de una cifra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