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Sumas de dos cifras</w:t>
      </w:r>
    </w:p>
    <w:p>
      <w:r>
        <w:t>Nombre: __________________________  Fecha: ______________</w:t>
      </w:r>
    </w:p>
    <w:p>
      <w:r>
        <w:t>Calcula cada suma. Puedes separar decenas y unidades y escribir tus pasos en el espacio libre.</w:t>
      </w:r>
    </w:p>
    <w:p>
      <w:r>
        <w:t>Ejemplo: 21 + 32 = 53. Sumamos 20 + 30 = 50 y 1 + 2 = 3.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23 + 14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42 + 35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51 + 28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60 + 17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34 + 22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71 + 18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15 + 63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26 + 31 = ______</w:t>
      </w:r>
    </w:p>
    <w:p>
      <w:r>
        <w:t>Elige una suma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Sumas de dos cifras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23 + 14 = 37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42 + 35 = 77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51 + 28 = 79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60 + 17 = 77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34 + 22 = 56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71 + 18 = 89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15 + 63 = 78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26 + 31 = 57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Sumas de dos cifras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