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Sumas por decenas y unidades</w:t>
      </w:r>
    </w:p>
    <w:p>
      <w:r>
        <w:t>Nombre: __________________________  Fecha: ______________</w:t>
      </w:r>
    </w:p>
    <w:p>
      <w:r>
        <w:t>Escribe cuántas decenas y unidades tiene el resultado. Después forma el número total.</w:t>
      </w:r>
    </w:p>
    <w:p>
      <w:r>
        <w:t>Ejemplo: 22 + 13 tiene 3 decenas y 5 unidades. El total es 35.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736"/>
        <w:gridCol w:w="2160"/>
        <w:gridCol w:w="2160"/>
        <w:gridCol w:w="2304"/>
      </w:tblGrid>
      <w:tr>
        <w:trPr>
          <w:tblHeader/>
        </w:trPr>
        <w:tc>
          <w:tcPr>
            <w:tcW w:type="dxa" w:w="273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Suma</w:t>
            </w:r>
          </w:p>
        </w:tc>
        <w:tc>
          <w:tcPr>
            <w:tcW w:type="dxa" w:w="216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Decenas</w:t>
            </w:r>
          </w:p>
        </w:tc>
        <w:tc>
          <w:tcPr>
            <w:tcW w:type="dxa" w:w="216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Unidades</w:t>
            </w:r>
          </w:p>
        </w:tc>
        <w:tc>
          <w:tcPr>
            <w:tcW w:type="dxa" w:w="230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Total</w:t>
            </w:r>
          </w:p>
        </w:tc>
      </w:tr>
      <w:tr>
        <w:tc>
          <w:tcPr>
            <w:tcW w:type="dxa" w:w="273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40" w:before="240"/>
            </w:pPr>
            <w:r>
              <w:rPr>
                <w:b w:val="0"/>
                <w:sz w:val="24"/>
              </w:rPr>
              <w:t>12 + 25</w:t>
            </w:r>
          </w:p>
        </w:tc>
        <w:tc>
          <w:tcPr>
            <w:tcW w:type="dxa" w:w="216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40" w:before="240"/>
            </w:pPr>
            <w:r>
              <w:rPr>
                <w:b w:val="0"/>
                <w:sz w:val="24"/>
              </w:rPr>
              <w:t>______</w:t>
            </w:r>
          </w:p>
        </w:tc>
        <w:tc>
          <w:tcPr>
            <w:tcW w:type="dxa" w:w="216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40" w:before="240"/>
            </w:pPr>
            <w:r>
              <w:rPr>
                <w:b w:val="0"/>
                <w:sz w:val="24"/>
              </w:rPr>
              <w:t>______</w:t>
            </w:r>
          </w:p>
        </w:tc>
        <w:tc>
          <w:tcPr>
            <w:tcW w:type="dxa" w:w="230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40" w:before="240"/>
            </w:pPr>
            <w:r>
              <w:rPr>
                <w:b w:val="0"/>
                <w:sz w:val="24"/>
              </w:rPr>
              <w:t>______</w:t>
            </w:r>
          </w:p>
        </w:tc>
      </w:tr>
      <w:tr>
        <w:tc>
          <w:tcPr>
            <w:tcW w:type="dxa" w:w="273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40" w:before="240"/>
            </w:pPr>
            <w:r>
              <w:rPr>
                <w:b w:val="0"/>
                <w:sz w:val="24"/>
              </w:rPr>
              <w:t>43 + 16</w:t>
            </w:r>
          </w:p>
        </w:tc>
        <w:tc>
          <w:tcPr>
            <w:tcW w:type="dxa" w:w="216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40" w:before="240"/>
            </w:pPr>
            <w:r>
              <w:rPr>
                <w:b w:val="0"/>
                <w:sz w:val="24"/>
              </w:rPr>
              <w:t>______</w:t>
            </w:r>
          </w:p>
        </w:tc>
        <w:tc>
          <w:tcPr>
            <w:tcW w:type="dxa" w:w="216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40" w:before="240"/>
            </w:pPr>
            <w:r>
              <w:rPr>
                <w:b w:val="0"/>
                <w:sz w:val="24"/>
              </w:rPr>
              <w:t>______</w:t>
            </w:r>
          </w:p>
        </w:tc>
        <w:tc>
          <w:tcPr>
            <w:tcW w:type="dxa" w:w="230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40" w:before="240"/>
            </w:pPr>
            <w:r>
              <w:rPr>
                <w:b w:val="0"/>
                <w:sz w:val="24"/>
              </w:rPr>
              <w:t>______</w:t>
            </w:r>
          </w:p>
        </w:tc>
      </w:tr>
      <w:tr>
        <w:tc>
          <w:tcPr>
            <w:tcW w:type="dxa" w:w="273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40" w:before="240"/>
            </w:pPr>
            <w:r>
              <w:rPr>
                <w:b w:val="0"/>
                <w:sz w:val="24"/>
              </w:rPr>
              <w:t>31 + 24</w:t>
            </w:r>
          </w:p>
        </w:tc>
        <w:tc>
          <w:tcPr>
            <w:tcW w:type="dxa" w:w="216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40" w:before="240"/>
            </w:pPr>
            <w:r>
              <w:rPr>
                <w:b w:val="0"/>
                <w:sz w:val="24"/>
              </w:rPr>
              <w:t>______</w:t>
            </w:r>
          </w:p>
        </w:tc>
        <w:tc>
          <w:tcPr>
            <w:tcW w:type="dxa" w:w="216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40" w:before="240"/>
            </w:pPr>
            <w:r>
              <w:rPr>
                <w:b w:val="0"/>
                <w:sz w:val="24"/>
              </w:rPr>
              <w:t>______</w:t>
            </w:r>
          </w:p>
        </w:tc>
        <w:tc>
          <w:tcPr>
            <w:tcW w:type="dxa" w:w="230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40" w:before="240"/>
            </w:pPr>
            <w:r>
              <w:rPr>
                <w:b w:val="0"/>
                <w:sz w:val="24"/>
              </w:rPr>
              <w:t>______</w:t>
            </w:r>
          </w:p>
        </w:tc>
      </w:tr>
      <w:tr>
        <w:tc>
          <w:tcPr>
            <w:tcW w:type="dxa" w:w="273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40" w:before="240"/>
            </w:pPr>
            <w:r>
              <w:rPr>
                <w:b w:val="0"/>
                <w:sz w:val="24"/>
              </w:rPr>
              <w:t>50 + 38</w:t>
            </w:r>
          </w:p>
        </w:tc>
        <w:tc>
          <w:tcPr>
            <w:tcW w:type="dxa" w:w="216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40" w:before="240"/>
            </w:pPr>
            <w:r>
              <w:rPr>
                <w:b w:val="0"/>
                <w:sz w:val="24"/>
              </w:rPr>
              <w:t>______</w:t>
            </w:r>
          </w:p>
        </w:tc>
        <w:tc>
          <w:tcPr>
            <w:tcW w:type="dxa" w:w="216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40" w:before="240"/>
            </w:pPr>
            <w:r>
              <w:rPr>
                <w:b w:val="0"/>
                <w:sz w:val="24"/>
              </w:rPr>
              <w:t>______</w:t>
            </w:r>
          </w:p>
        </w:tc>
        <w:tc>
          <w:tcPr>
            <w:tcW w:type="dxa" w:w="230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40" w:before="240"/>
            </w:pPr>
            <w:r>
              <w:rPr>
                <w:b w:val="0"/>
                <w:sz w:val="24"/>
              </w:rPr>
              <w:t>______</w:t>
            </w:r>
          </w:p>
        </w:tc>
      </w:tr>
      <w:tr>
        <w:tc>
          <w:tcPr>
            <w:tcW w:type="dxa" w:w="273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40" w:before="240"/>
            </w:pPr>
            <w:r>
              <w:rPr>
                <w:b w:val="0"/>
                <w:sz w:val="24"/>
              </w:rPr>
              <w:t>62 + 17</w:t>
            </w:r>
          </w:p>
        </w:tc>
        <w:tc>
          <w:tcPr>
            <w:tcW w:type="dxa" w:w="216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40" w:before="240"/>
            </w:pPr>
            <w:r>
              <w:rPr>
                <w:b w:val="0"/>
                <w:sz w:val="24"/>
              </w:rPr>
              <w:t>______</w:t>
            </w:r>
          </w:p>
        </w:tc>
        <w:tc>
          <w:tcPr>
            <w:tcW w:type="dxa" w:w="216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40" w:before="240"/>
            </w:pPr>
            <w:r>
              <w:rPr>
                <w:b w:val="0"/>
                <w:sz w:val="24"/>
              </w:rPr>
              <w:t>______</w:t>
            </w:r>
          </w:p>
        </w:tc>
        <w:tc>
          <w:tcPr>
            <w:tcW w:type="dxa" w:w="230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40" w:before="240"/>
            </w:pPr>
            <w:r>
              <w:rPr>
                <w:b w:val="0"/>
                <w:sz w:val="24"/>
              </w:rPr>
              <w:t>______</w:t>
            </w:r>
          </w:p>
        </w:tc>
      </w:tr>
      <w:tr>
        <w:tc>
          <w:tcPr>
            <w:tcW w:type="dxa" w:w="273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40" w:before="240"/>
            </w:pPr>
            <w:r>
              <w:rPr>
                <w:b w:val="0"/>
                <w:sz w:val="24"/>
              </w:rPr>
              <w:t>24 + 45</w:t>
            </w:r>
          </w:p>
        </w:tc>
        <w:tc>
          <w:tcPr>
            <w:tcW w:type="dxa" w:w="216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40" w:before="240"/>
            </w:pPr>
            <w:r>
              <w:rPr>
                <w:b w:val="0"/>
                <w:sz w:val="24"/>
              </w:rPr>
              <w:t>______</w:t>
            </w:r>
          </w:p>
        </w:tc>
        <w:tc>
          <w:tcPr>
            <w:tcW w:type="dxa" w:w="216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40" w:before="240"/>
            </w:pPr>
            <w:r>
              <w:rPr>
                <w:b w:val="0"/>
                <w:sz w:val="24"/>
              </w:rPr>
              <w:t>______</w:t>
            </w:r>
          </w:p>
        </w:tc>
        <w:tc>
          <w:tcPr>
            <w:tcW w:type="dxa" w:w="230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40" w:before="240"/>
            </w:pPr>
            <w:r>
              <w:rPr>
                <w:b w:val="0"/>
                <w:sz w:val="24"/>
              </w:rPr>
              <w:t>______</w:t>
            </w:r>
          </w:p>
        </w:tc>
      </w:tr>
    </w:tbl>
    <w:p>
      <w:r>
        <w:t>Elige una suma y explica cómo la has resuelto.</w:t>
        <w:br/>
        <w:t>______________________________________________________</w:t>
      </w:r>
    </w:p>
    <w:p>
      <w:r>
        <w:br w:type="page"/>
      </w:r>
    </w:p>
    <w:p>
      <w:pPr>
        <w:pStyle w:val="Title"/>
      </w:pPr>
      <w:r>
        <w:t>Soluciones</w:t>
      </w:r>
    </w:p>
    <w:p>
      <w:r>
        <w:t>Sumas por decenas y unidades</w:t>
      </w:r>
    </w:p>
    <w:p>
      <w:r>
        <w:t>Conserva esta página para corregir. Si cambias los números de la actividad, actualiza también estas soluciones.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296"/>
        <w:gridCol w:w="8064"/>
      </w:tblGrid>
      <w:tr>
        <w:trPr>
          <w:tblHeader/>
        </w:trP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Ejercicio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Respuesta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12 + 25 = 37 · 3 decenas y 7 unidades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2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43 + 16 = 59 · 5 decenas y 9 unidades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3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31 + 24 = 55 · 5 decenas y 5 unidades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4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50 + 38 = 88 · 8 decenas y 8 unidades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5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62 + 17 = 79 · 7 decenas y 9 unidades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6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24 + 45 = 69 · 6 decenas y 9 unidades</w:t>
            </w:r>
          </w:p>
        </w:tc>
      </w:tr>
    </w:tbl>
    <w:p>
      <w:pPr>
        <w:pStyle w:val="Heading1"/>
      </w:pPr>
      <w:r>
        <w:t>Orientación para revisar</w:t>
      </w:r>
    </w:p>
    <w:p>
      <w:r>
        <w:t>Revisa por separado las unidades y las decenas. En estas operaciones no se necesita reagrupar.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PlantillasyPortadas · Matemáticas · Papel Carta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Sumas por decenas y unidades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