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Series de dos en dos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Suma 2 cada vez.</w:t>
      </w:r>
    </w:p>
    <w:p>
      <w:pPr>
        <w:spacing w:after="320"/>
      </w:pPr>
      <w:r>
        <w:rPr>
          <w:sz w:val="36"/>
        </w:rPr>
        <w:t>0   2   ____   6   ____   10</w:t>
      </w:r>
    </w:p>
    <w:p>
      <w:r>
        <w:t>2. Suma 2 cada vez.</w:t>
      </w:r>
    </w:p>
    <w:p>
      <w:pPr>
        <w:spacing w:after="320"/>
      </w:pPr>
      <w:r>
        <w:rPr>
          <w:sz w:val="36"/>
        </w:rPr>
        <w:t>1   3   ____   7   ____   11</w:t>
      </w:r>
    </w:p>
    <w:p>
      <w:r>
        <w:t>3. Suma 2 cada vez.</w:t>
      </w:r>
    </w:p>
    <w:p>
      <w:pPr>
        <w:spacing w:after="320"/>
      </w:pPr>
      <w:r>
        <w:rPr>
          <w:sz w:val="36"/>
        </w:rPr>
        <w:t>6   8   ____   12   ____   16</w:t>
      </w:r>
    </w:p>
    <w:p>
      <w:r>
        <w:t>4. Suma 2 cada vez.</w:t>
      </w:r>
    </w:p>
    <w:p>
      <w:pPr>
        <w:spacing w:after="320"/>
      </w:pPr>
      <w:r>
        <w:rPr>
          <w:sz w:val="36"/>
        </w:rPr>
        <w:t>9   11   ____   15   ____   19</w:t>
      </w:r>
    </w:p>
    <w:p>
      <w:r>
        <w:t>5. Suma 2 cada vez.</w:t>
      </w:r>
    </w:p>
    <w:p>
      <w:pPr>
        <w:spacing w:after="320"/>
      </w:pPr>
      <w:r>
        <w:rPr>
          <w:sz w:val="36"/>
        </w:rPr>
        <w:t>20   22   ____   26   ____   30</w:t>
      </w:r>
    </w:p>
    <w:p>
      <w:r>
        <w:t>6. Suma 2 cada vez.</w:t>
      </w:r>
    </w:p>
    <w:p>
      <w:pPr>
        <w:spacing w:after="320"/>
      </w:pPr>
      <w:r>
        <w:rPr>
          <w:sz w:val="36"/>
        </w:rPr>
        <w:t>31   33   ____   37   ____   41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Series de dos en dos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0, 2, 4, 6, 8, 10. Faltan 4 y 8.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1, 3, 5, 7, 9, 11. Faltan 5 y 9.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6, 8, 10, 12, 14, 16. Faltan 10 y 14.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9, 11, 13, 15, 17, 19. Faltan 13 y 17.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20, 22, 24, 26, 28, 30. Faltan 24 y 28.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31, 33, 35, 37, 39, 41. Faltan 35 y 39.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de dos en dos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