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Series de diez en diez</w:t>
      </w:r>
    </w:p>
    <w:p>
      <w:r>
        <w:t>Nombre: __________________________  Fecha: ______________</w:t>
      </w:r>
    </w:p>
    <w:p>
      <w:r>
        <w:t>Completa los dos huecos de cada fila usando la regla indicada.</w:t>
      </w:r>
    </w:p>
    <w:p>
      <w:r>
        <w:t>Ejemplo: suma 2 cada vez. 2, 4, __, 8, __, 12. Faltan 6 y 10.</w:t>
      </w:r>
    </w:p>
    <w:p>
      <w:r>
        <w:t>1. Suma 10 cada vez.</w:t>
      </w:r>
    </w:p>
    <w:p>
      <w:pPr>
        <w:spacing w:after="320"/>
      </w:pPr>
      <w:r>
        <w:rPr>
          <w:sz w:val="36"/>
        </w:rPr>
        <w:t>0   10   ____   30   ____   50</w:t>
      </w:r>
    </w:p>
    <w:p>
      <w:r>
        <w:t>2. Suma 10 cada vez.</w:t>
      </w:r>
    </w:p>
    <w:p>
      <w:pPr>
        <w:spacing w:after="320"/>
      </w:pPr>
      <w:r>
        <w:rPr>
          <w:sz w:val="36"/>
        </w:rPr>
        <w:t>5   15   ____   35   ____   55</w:t>
      </w:r>
    </w:p>
    <w:p>
      <w:r>
        <w:t>3. Suma 10 cada vez.</w:t>
      </w:r>
    </w:p>
    <w:p>
      <w:pPr>
        <w:spacing w:after="320"/>
      </w:pPr>
      <w:r>
        <w:rPr>
          <w:sz w:val="36"/>
        </w:rPr>
        <w:t>12   22   ____   42   ____   62</w:t>
      </w:r>
    </w:p>
    <w:p>
      <w:r>
        <w:t>4. Suma 10 cada vez.</w:t>
      </w:r>
    </w:p>
    <w:p>
      <w:pPr>
        <w:spacing w:after="320"/>
      </w:pPr>
      <w:r>
        <w:rPr>
          <w:sz w:val="36"/>
        </w:rPr>
        <w:t>21   31   ____   51   ____   71</w:t>
      </w:r>
    </w:p>
    <w:p>
      <w:r>
        <w:t>5. Suma 10 cada vez.</w:t>
      </w:r>
    </w:p>
    <w:p>
      <w:pPr>
        <w:spacing w:after="320"/>
      </w:pPr>
      <w:r>
        <w:rPr>
          <w:sz w:val="36"/>
        </w:rPr>
        <w:t>34   44   ____   64   ____   84</w:t>
      </w:r>
    </w:p>
    <w:p>
      <w:r>
        <w:t>6. Suma 10 cada vez.</w:t>
      </w:r>
    </w:p>
    <w:p>
      <w:pPr>
        <w:spacing w:after="320"/>
      </w:pPr>
      <w:r>
        <w:rPr>
          <w:sz w:val="36"/>
        </w:rPr>
        <w:t>40   50   ____   70   ____   90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Series de diez en diez</w:t>
      </w:r>
    </w:p>
    <w:p>
      <w:r>
        <w:t>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0, 10, 20, 30, 40, 50. Faltan 20 y 40.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5, 15, 25, 35, 45, 55. Faltan 25 y 45.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12, 22, 32, 42, 52, 62. Faltan 32 y 52.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21, 31, 41, 51, 61, 71. Faltan 41 y 61.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34, 44, 54, 64, 74, 84. Faltan 54 y 74.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40, 50, 60, 70, 80, 90. Faltan 60 y 80.</w:t>
            </w:r>
          </w:p>
        </w:tc>
      </w:tr>
    </w:tbl>
    <w:p>
      <w:pPr>
        <w:pStyle w:val="Heading1"/>
      </w:pPr>
      <w:r>
        <w:t>Orientación para revisar</w:t>
      </w:r>
    </w:p>
    <w:p>
      <w:r>
        <w:t>Aplica la regla a cada salto, también entre los números ya escritos. Todas las series de esta ficha mantienen un paso constante.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PlantillasyPortadas · Fichas para aprender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Series de diez en diez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