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Restas de una cifra</w:t>
      </w:r>
    </w:p>
    <w:p>
      <w:r>
        <w:t>Nombre: __________________________  Fecha: ______________</w:t>
      </w:r>
    </w:p>
    <w:p>
      <w:r>
        <w:t>Resta y escribe el resultado. Puedes dibujar puntos y tachar los que quitas.</w:t>
      </w:r>
    </w:p>
    <w:p>
      <w:r>
        <w:t>Ejemplo: 7 - 3 = 4. De siete elementos quitamos tres y quedan cuatro.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8 - 3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9 - 4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6 - 1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7 - 2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5 - 5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4 - 0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9 - 7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3 - 2 = ______</w:t>
      </w:r>
    </w:p>
    <w:p>
      <w:r>
        <w:t>Elige una resta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Restas de una cifra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8 - 3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9 - 4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6 - 1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7 - 2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5 - 5 = 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4 - 0 = 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9 - 7 = 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3 - 2 = 1</w:t>
            </w:r>
          </w:p>
        </w:tc>
      </w:tr>
    </w:tbl>
    <w:p>
      <w:pPr>
        <w:pStyle w:val="Heading1"/>
      </w:pPr>
      <w:r>
        <w:t>Orientación para revisar</w:t>
      </w:r>
    </w:p>
    <w:p>
      <w:r>
        <w:t>Pide que explique una respuesta. Restar cero deja la cantidad igual; restar toda la cantidad deja cero.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Restas de una cifra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