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Restas de dos cifras</w:t>
      </w:r>
    </w:p>
    <w:p>
      <w:r>
        <w:t>Nombre: __________________________  Fecha: ______________</w:t>
      </w:r>
    </w:p>
    <w:p>
      <w:r>
        <w:t>Calcula cada resta. Resta unidades con unidades y decenas con decenas.</w:t>
      </w:r>
    </w:p>
    <w:p>
      <w:r>
        <w:t>Ejemplo: 57 - 23 = 34. Quitamos 20 de 50 y 3 de 7; quedan 30 y 4.</w:t>
      </w:r>
    </w:p>
    <w:p>
      <w:pPr>
        <w:spacing w:after="360"/>
      </w:pPr>
      <w:r>
        <w:rPr>
          <w:sz w:val="22"/>
        </w:rPr>
        <w:t xml:space="preserve">1.   </w:t>
      </w:r>
      <w:r>
        <w:rPr>
          <w:sz w:val="42"/>
        </w:rPr>
        <w:t>58 - 24 = ______</w:t>
      </w:r>
    </w:p>
    <w:p>
      <w:pPr>
        <w:spacing w:after="360"/>
      </w:pPr>
      <w:r>
        <w:rPr>
          <w:sz w:val="22"/>
        </w:rPr>
        <w:t xml:space="preserve">2.   </w:t>
      </w:r>
      <w:r>
        <w:rPr>
          <w:sz w:val="42"/>
        </w:rPr>
        <w:t>76 - 35 = ______</w:t>
      </w:r>
    </w:p>
    <w:p>
      <w:pPr>
        <w:spacing w:after="360"/>
      </w:pPr>
      <w:r>
        <w:rPr>
          <w:sz w:val="22"/>
        </w:rPr>
        <w:t xml:space="preserve">3.   </w:t>
      </w:r>
      <w:r>
        <w:rPr>
          <w:sz w:val="42"/>
        </w:rPr>
        <w:t>89 - 47 = ______</w:t>
      </w:r>
    </w:p>
    <w:p>
      <w:pPr>
        <w:spacing w:after="360"/>
      </w:pPr>
      <w:r>
        <w:rPr>
          <w:sz w:val="22"/>
        </w:rPr>
        <w:t xml:space="preserve">4.   </w:t>
      </w:r>
      <w:r>
        <w:rPr>
          <w:sz w:val="42"/>
        </w:rPr>
        <w:t>64 - 12 = ______</w:t>
      </w:r>
    </w:p>
    <w:p>
      <w:pPr>
        <w:spacing w:after="360"/>
      </w:pPr>
      <w:r>
        <w:rPr>
          <w:sz w:val="22"/>
        </w:rPr>
        <w:t xml:space="preserve">5.   </w:t>
      </w:r>
      <w:r>
        <w:rPr>
          <w:sz w:val="42"/>
        </w:rPr>
        <w:t>97 - 53 = ______</w:t>
      </w:r>
    </w:p>
    <w:p>
      <w:pPr>
        <w:spacing w:after="360"/>
      </w:pPr>
      <w:r>
        <w:rPr>
          <w:sz w:val="22"/>
        </w:rPr>
        <w:t xml:space="preserve">6.   </w:t>
      </w:r>
      <w:r>
        <w:rPr>
          <w:sz w:val="42"/>
        </w:rPr>
        <w:t>45 - 23 = ______</w:t>
      </w:r>
    </w:p>
    <w:p>
      <w:pPr>
        <w:spacing w:after="360"/>
      </w:pPr>
      <w:r>
        <w:rPr>
          <w:sz w:val="22"/>
        </w:rPr>
        <w:t xml:space="preserve">7.   </w:t>
      </w:r>
      <w:r>
        <w:rPr>
          <w:sz w:val="42"/>
        </w:rPr>
        <w:t>80 - 30 = ______</w:t>
      </w:r>
    </w:p>
    <w:p>
      <w:pPr>
        <w:spacing w:after="360"/>
      </w:pPr>
      <w:r>
        <w:rPr>
          <w:sz w:val="22"/>
        </w:rPr>
        <w:t xml:space="preserve">8.   </w:t>
      </w:r>
      <w:r>
        <w:rPr>
          <w:sz w:val="42"/>
        </w:rPr>
        <w:t>66 - 44 = ______</w:t>
      </w:r>
    </w:p>
    <w:p>
      <w:r>
        <w:t>Elige una resta y explica cómo la has resuelto.</w:t>
        <w:br/>
        <w:t>______________________________________________________</w:t>
      </w:r>
    </w:p>
    <w:p>
      <w:r>
        <w:br w:type="page"/>
      </w:r>
    </w:p>
    <w:p>
      <w:pPr>
        <w:pStyle w:val="Title"/>
      </w:pPr>
      <w:r>
        <w:t>Soluciones</w:t>
      </w:r>
    </w:p>
    <w:p>
      <w:r>
        <w:t>Restas de dos cifras</w:t>
      </w:r>
    </w:p>
    <w:p>
      <w:r>
        <w:t>Conserva esta página para corregir. Si cambias los números de la actividad, actualiza también estas soluciones.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1296"/>
        <w:gridCol w:w="8064"/>
      </w:tblGrid>
      <w:tr>
        <w:trPr>
          <w:tblHeader/>
        </w:trP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Ejercicio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  <w:shd w:val="clear" w:fill="E7EDF4"/>
          </w:tcPr>
          <w:p>
            <w:pPr>
              <w:spacing w:after="60" w:before="60"/>
            </w:pPr>
            <w:r>
              <w:rPr>
                <w:b/>
                <w:sz w:val="24"/>
              </w:rPr>
              <w:t>Respuesta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1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58 - 24 = 34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2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76 - 35 = 41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3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89 - 47 = 42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64 - 12 = 52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5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97 - 53 = 44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45 - 23 = 22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7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80 - 30 = 50</w:t>
            </w:r>
          </w:p>
        </w:tc>
      </w:tr>
      <w:tr>
        <w:tc>
          <w:tcPr>
            <w:tcW w:type="dxa" w:w="1296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8</w:t>
            </w:r>
          </w:p>
        </w:tc>
        <w:tc>
          <w:tcPr>
            <w:tcW w:type="dxa" w:w="8064"/>
            <w:vAlign w:val="center"/>
            <w:tcMar>
              <w:top w:w="120" w:type="dxa"/>
              <w:left w:w="120" w:type="dxa"/>
              <w:bottom w:w="120" w:type="dxa"/>
              <w:right w:w="120" w:type="dxa"/>
            </w:tcMar>
          </w:tcPr>
          <w:p>
            <w:pPr>
              <w:spacing w:after="60" w:before="60"/>
            </w:pPr>
            <w:r>
              <w:rPr>
                <w:b w:val="0"/>
                <w:sz w:val="24"/>
              </w:rPr>
              <w:t>66 - 44 = 22</w:t>
            </w:r>
          </w:p>
        </w:tc>
      </w:tr>
    </w:tbl>
    <w:p>
      <w:pPr>
        <w:pStyle w:val="Heading1"/>
      </w:pPr>
      <w:r>
        <w:t>Orientación para revisar</w:t>
      </w:r>
    </w:p>
    <w:p>
      <w:r>
        <w:t>Revisa por separado las unidades y las decenas. En estas operaciones no se necesita reagrupar.</w:t>
      </w:r>
    </w:p>
    <w:sectPr w:rsidR="00FC693F" w:rsidRPr="0006063C" w:rsidSect="0003461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PlantillasyPortadas · Matemáticas · Papel Carta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Restas de dos cifras</dc:title>
  <dc:subject/>
  <dc:creator>PlantillasyPortadas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