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Revisa las tablas del 6 al 9</w:t>
      </w:r>
    </w:p>
    <w:p>
      <w:r>
        <w:t>Nombre: __________________________  Fecha: ______________</w:t>
      </w:r>
    </w:p>
    <w:p>
      <w:r>
        <w:t>Escribe bien o mal junto a cada igualdad. Si está mal, escribe el producto correcto.</w:t>
      </w:r>
    </w:p>
    <w:p>
      <w:r>
        <w:t>Ejemplo: 7 × 6 = 48 está mal. El producto correcto es 42.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2448"/>
        <w:gridCol w:w="3312"/>
      </w:tblGrid>
      <w:tr>
        <w:trPr>
          <w:tblHeader/>
        </w:trP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Igualdad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Bien o mal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Producto correcto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 × 8 = 42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 × 7 = 49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 × 9 = 64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 × 4 = 36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 × 9 = 56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 × 8 = 64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</w:tbl>
    <w:p>
      <w:pPr>
        <w:pStyle w:val="Heading1"/>
      </w:pPr>
      <w:r>
        <w:t>Explica uno de los errores</w:t>
      </w:r>
    </w:p>
    <w:p>
      <w:r>
        <w:t>______________________________________________________</w:t>
        <w:br/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Revisa las tablas del 6 al 9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6 × 8 = 48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7 × 7 = 49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8 × 9 = 72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9 × 4 = 36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6 × 9 = 54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8 × 8 = 64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la 1: 6 × 8 = 48; la 3: 8 × 9 = 72; y la 5: 6 × 9 = 54. Las igualdades 2, 4 y 6 son correctas.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Revisa las tablas del 6 al 9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