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Problemas de multiplicaciones</w:t>
      </w:r>
    </w:p>
    <w:p>
      <w:r>
        <w:t>Nombre: __________________________  Fecha: ______________</w:t>
      </w:r>
    </w:p>
    <w:p>
      <w:r>
        <w:t>Lee el problema. Escribe una multiplicación y responde con el nombre de lo que has contado.</w:t>
      </w:r>
    </w:p>
    <w:p>
      <w:r>
        <w:t>Ejemplo: 2 cajas con 4 fichas cada una contienen 2 × 4 = 8 fichas.</w:t>
      </w:r>
    </w:p>
    <w:p>
      <w:r>
        <w:t>1. Hay 4 cajas con 6 lápices en cada caja. ¿Cuántos lápices hay en total?</w:t>
      </w:r>
    </w:p>
    <w:p>
      <w:pPr>
        <w:spacing w:after="360"/>
      </w:pPr>
      <w:r>
        <w:t>Operación: ______________  Respuesta: __________________</w:t>
      </w:r>
    </w:p>
    <w:p>
      <w:r>
        <w:t>2. Preparamos 5 filas con 8 sillas en cada fila. ¿Cuántas sillas colocamos?</w:t>
      </w:r>
    </w:p>
    <w:p>
      <w:pPr>
        <w:spacing w:after="360"/>
      </w:pPr>
      <w:r>
        <w:t>Operación: ______________  Respuesta: __________________</w:t>
      </w:r>
    </w:p>
    <w:p>
      <w:r>
        <w:t>3. Pegamos 9 fotos en cada una de 3 páginas. ¿Cuántas fotos pegamos en total?</w:t>
      </w:r>
    </w:p>
    <w:p>
      <w:pPr>
        <w:spacing w:after="360"/>
      </w:pPr>
      <w:r>
        <w:t>Operación: ______________  Respuesta: __________________</w:t>
      </w:r>
    </w:p>
    <w:p>
      <w:r>
        <w:t>4. Tenemos 7 bolsas con 5 semillas en cada bolsa. ¿Cuántas semillas tenemos?</w:t>
      </w:r>
    </w:p>
    <w:p>
      <w:pPr>
        <w:spacing w:after="360"/>
      </w:pPr>
      <w:r>
        <w:t>Operación: ______________  Respuesta: 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Problemas de multiplicaciones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 × 6 = 24 · 24 lápices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 × 8 = 40 · 40 sillas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 × 9 = 27 · 27 fotos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 × 5 = 35 · 35 semillas</w:t>
            </w:r>
          </w:p>
        </w:tc>
      </w:tr>
    </w:tbl>
    <w:p>
      <w:pPr>
        <w:pStyle w:val="Heading1"/>
      </w:pPr>
      <w:r>
        <w:t>Orientación para revisar</w:t>
      </w:r>
    </w:p>
    <w:p>
      <w:r>
        <w:t>Comprueba que todos los grupos tienen la misma cantidad. En esta ficha escribimos primero el número de grupos.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Problemas de multiplicaciones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