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Multiplica con grupos iguales</w:t>
      </w:r>
    </w:p>
    <w:p>
      <w:r>
        <w:t>Nombre: __________________________  Fecha: ______________</w:t>
      </w:r>
    </w:p>
    <w:p>
      <w:r>
        <w:t>Cada fila indica grupos iguales. Escribe una suma con un sumando por grupo y calcula el total.</w:t>
      </w:r>
    </w:p>
    <w:p>
      <w:r>
        <w:t>Ejemplo: 3 grupos de 2 son 2 + 2 + 2 = 6. Lo escribimos 3 × 2 = 6.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1872"/>
        <w:gridCol w:w="4752"/>
        <w:gridCol w:w="1296"/>
      </w:tblGrid>
      <w:tr>
        <w:trPr>
          <w:tblHeader/>
        </w:trP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Grupos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En cada grupo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Suma repetida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Total</w:t>
            </w:r>
          </w:p>
        </w:tc>
      </w:tr>
      <w:t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________________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</w:t>
            </w:r>
          </w:p>
        </w:tc>
      </w:tr>
      <w:t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________________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</w:t>
            </w:r>
          </w:p>
        </w:tc>
      </w:tr>
      <w:t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________________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</w:t>
            </w:r>
          </w:p>
        </w:tc>
      </w:tr>
      <w:t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________________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</w:t>
            </w:r>
          </w:p>
        </w:tc>
      </w:tr>
      <w:t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________________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</w:t>
            </w:r>
          </w:p>
        </w:tc>
      </w:tr>
      <w:tr>
        <w:tc>
          <w:tcPr>
            <w:tcW w:type="dxa" w:w="144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87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475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________________</w:t>
            </w:r>
          </w:p>
        </w:tc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00" w:before="200"/>
            </w:pPr>
            <w:r>
              <w:rPr>
                <w:b w:val="0"/>
                <w:sz w:val="24"/>
              </w:rPr>
              <w:t>_____</w:t>
            </w:r>
          </w:p>
        </w:tc>
      </w:tr>
    </w:tbl>
    <w:p>
      <w:r>
        <w:t>Elige un ejercicio y explica cómo lo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Multiplica con grupos iguales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+ 4 + 4 = 12. 3 × 4 = 12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 + 6 = 12. 2 × 6 = 12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+ 3 + 3 + 3 = 12. 4 × 3 = 12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 + 2 + 2 + 2 + 2 = 10. 5 × 2 = 10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+ 5 + 5 = 15. 3 × 5 = 15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+ 4 + 4 + 4 = 16. 4 × 4 = 16</w:t>
            </w:r>
          </w:p>
        </w:tc>
      </w:tr>
    </w:tbl>
    <w:p>
      <w:pPr>
        <w:pStyle w:val="Heading1"/>
      </w:pPr>
      <w:r>
        <w:t>Orientación para revisar</w:t>
      </w:r>
    </w:p>
    <w:p>
      <w:r>
        <w:t>Comprueba que todos los grupos tienen la misma cantidad. En esta ficha escribimos primero el número de grupos.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 con grupos iguales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