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Completa el factor que falta</w:t>
      </w:r>
    </w:p>
    <w:p>
      <w:r>
        <w:t>Nombre: __________________________  Fecha: ______________</w:t>
      </w:r>
    </w:p>
    <w:p>
      <w:r>
        <w:t>Escribe el número que falta. Comprueba tu respuesta multiplicando los dos factores.</w:t>
      </w:r>
    </w:p>
    <w:p>
      <w:r>
        <w:t>Ejemplo: 6 × ____ = 18. Falta 3, porque 6 × 3 = 18.</w:t>
      </w:r>
    </w:p>
    <w:p>
      <w:pPr>
        <w:spacing w:after="360"/>
      </w:pPr>
      <w:r>
        <w:rPr>
          <w:sz w:val="22"/>
        </w:rPr>
        <w:t xml:space="preserve">1.   </w:t>
      </w:r>
      <w:r>
        <w:rPr>
          <w:sz w:val="42"/>
        </w:rPr>
        <w:t>6 × ______ = 24</w:t>
      </w:r>
    </w:p>
    <w:p>
      <w:pPr>
        <w:spacing w:after="360"/>
      </w:pPr>
      <w:r>
        <w:rPr>
          <w:sz w:val="22"/>
        </w:rPr>
        <w:t xml:space="preserve">2.   </w:t>
      </w:r>
      <w:r>
        <w:rPr>
          <w:sz w:val="42"/>
        </w:rPr>
        <w:t>______ × 3 = 21</w:t>
      </w:r>
    </w:p>
    <w:p>
      <w:pPr>
        <w:spacing w:after="360"/>
      </w:pPr>
      <w:r>
        <w:rPr>
          <w:sz w:val="22"/>
        </w:rPr>
        <w:t xml:space="preserve">3.   </w:t>
      </w:r>
      <w:r>
        <w:rPr>
          <w:sz w:val="42"/>
        </w:rPr>
        <w:t>8 × ______ = 40</w:t>
      </w:r>
    </w:p>
    <w:p>
      <w:pPr>
        <w:spacing w:after="360"/>
      </w:pPr>
      <w:r>
        <w:rPr>
          <w:sz w:val="22"/>
        </w:rPr>
        <w:t xml:space="preserve">4.   </w:t>
      </w:r>
      <w:r>
        <w:rPr>
          <w:sz w:val="42"/>
        </w:rPr>
        <w:t>______ × 2 = 18</w:t>
      </w:r>
    </w:p>
    <w:p>
      <w:pPr>
        <w:spacing w:after="360"/>
      </w:pPr>
      <w:r>
        <w:rPr>
          <w:sz w:val="22"/>
        </w:rPr>
        <w:t xml:space="preserve">5.   </w:t>
      </w:r>
      <w:r>
        <w:rPr>
          <w:sz w:val="42"/>
        </w:rPr>
        <w:t>6 × ______ = 42</w:t>
      </w:r>
    </w:p>
    <w:p>
      <w:pPr>
        <w:spacing w:after="360"/>
      </w:pPr>
      <w:r>
        <w:rPr>
          <w:sz w:val="22"/>
        </w:rPr>
        <w:t xml:space="preserve">6.   </w:t>
      </w:r>
      <w:r>
        <w:rPr>
          <w:sz w:val="42"/>
        </w:rPr>
        <w:t>______ × 4 = 32</w:t>
      </w:r>
    </w:p>
    <w:p>
      <w:pPr>
        <w:spacing w:after="360"/>
      </w:pPr>
      <w:r>
        <w:rPr>
          <w:sz w:val="22"/>
        </w:rPr>
        <w:t xml:space="preserve">7.   </w:t>
      </w:r>
      <w:r>
        <w:rPr>
          <w:sz w:val="42"/>
        </w:rPr>
        <w:t>9 × ______ = 54</w:t>
      </w:r>
    </w:p>
    <w:p>
      <w:pPr>
        <w:spacing w:after="360"/>
      </w:pPr>
      <w:r>
        <w:rPr>
          <w:sz w:val="22"/>
        </w:rPr>
        <w:t xml:space="preserve">8.   </w:t>
      </w:r>
      <w:r>
        <w:rPr>
          <w:sz w:val="42"/>
        </w:rPr>
        <w:t>______ × 8 = 56</w:t>
      </w:r>
    </w:p>
    <w:p>
      <w:r>
        <w:t>Elige un ejercicio y explica cómo lo has resuelto.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Completa el factor que falta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4. 6 × 4 = 24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7. 7 × 3 = 21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5. 8 × 5 = 40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9. 9 × 2 = 18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7. 6 × 7 = 42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8. 8 × 4 = 32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6. 9 × 6 = 54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7. 7 × 8 = 56</w:t>
            </w:r>
          </w:p>
        </w:tc>
      </w:tr>
    </w:tbl>
    <w:p>
      <w:pPr>
        <w:pStyle w:val="Heading1"/>
      </w:pPr>
      <w:r>
        <w:t>Orientación para revisar</w:t>
      </w:r>
    </w:p>
    <w:p>
      <w:r>
        <w:t>Sustituye el hueco por el número propuesto y comprueba que la multiplicación produce el resultado indicado.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Completa el factor que falta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