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Trazos verticales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vertica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Trazos verticales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