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Trazos horizontales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horizonta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Trazos horizontales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