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Divide entre dos y cinco</w:t>
      </w:r>
    </w:p>
    <w:p>
      <w:r>
        <w:t>Nombre: __________________________  Fecha: ______________</w:t>
      </w:r>
    </w:p>
    <w:p>
      <w:r>
        <w:t>Calcula cada cociente. Todos los repartos son exactos.</w:t>
      </w:r>
    </w:p>
    <w:p>
      <w:r>
        <w:t>Ejemplo: 10 ÷ 2 = 5, porque 2 × 5 = 10.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14 ÷ 2 = ______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20 ÷ 5 = ______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18 ÷ 2 = ______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35 ÷ 5 = ______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16 ÷ 2 = ______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45 ÷ 5 = ______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0 ÷ 2 = ______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5 ÷ 5 = ______</w:t>
      </w:r>
    </w:p>
    <w:p>
      <w:r>
        <w:t>Comprueba una respuesta con una multiplicación.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Divide entre dos y cinco</w:t>
      </w:r>
    </w:p>
    <w:p>
      <w:r>
        <w:t>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14 ÷ 2 = 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20 ÷ 5 = 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18 ÷ 2 = 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35 ÷ 5 = 7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16 ÷ 2 = 8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45 ÷ 5 = 9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0 ÷ 2 = 0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 ÷ 5 = 1</w:t>
            </w:r>
          </w:p>
        </w:tc>
      </w:tr>
    </w:tbl>
    <w:p>
      <w:pPr>
        <w:pStyle w:val="Heading1"/>
      </w:pPr>
      <w:r>
        <w:t>Orientación para revisar</w:t>
      </w:r>
    </w:p>
    <w:p>
      <w:r>
        <w:t>En una división exacta, divisor × cociente = dividendo. El resto es cero y el divisor nunca es cero.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entre dos y cinco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