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Forma grupos iguales</w:t>
      </w:r>
    </w:p>
    <w:p>
      <w:r>
        <w:t>Nombre: __________________________  Fecha: ______________</w:t>
      </w:r>
    </w:p>
    <w:p>
      <w:r>
        <w:t>Reparte el total en grupos del tamaño indicado. Escribe cuántos grupos formas.</w:t>
      </w:r>
    </w:p>
    <w:p>
      <w:r>
        <w:t>Ejemplo: con 15 fichas, en grupos de 5, formas 3 grupos: 15 ÷ 5 = 3.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60"/>
        <w:gridCol w:w="3168"/>
        <w:gridCol w:w="4032"/>
      </w:tblGrid>
      <w:tr>
        <w:trPr>
          <w:tblHeader/>
        </w:trPr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type="dxa" w:w="316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En cada grupo</w:t>
            </w:r>
          </w:p>
        </w:tc>
        <w:tc>
          <w:tcPr>
            <w:tcW w:type="dxa" w:w="403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Número de grupos</w:t>
            </w:r>
          </w:p>
        </w:tc>
      </w:tr>
      <w:tr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24</w:t>
            </w:r>
          </w:p>
        </w:tc>
        <w:tc>
          <w:tcPr>
            <w:tcW w:type="dxa" w:w="316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403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21</w:t>
            </w:r>
          </w:p>
        </w:tc>
        <w:tc>
          <w:tcPr>
            <w:tcW w:type="dxa" w:w="316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403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40</w:t>
            </w:r>
          </w:p>
        </w:tc>
        <w:tc>
          <w:tcPr>
            <w:tcW w:type="dxa" w:w="316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403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18</w:t>
            </w:r>
          </w:p>
        </w:tc>
        <w:tc>
          <w:tcPr>
            <w:tcW w:type="dxa" w:w="316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9</w:t>
            </w:r>
          </w:p>
        </w:tc>
        <w:tc>
          <w:tcPr>
            <w:tcW w:type="dxa" w:w="403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42</w:t>
            </w:r>
          </w:p>
        </w:tc>
        <w:tc>
          <w:tcPr>
            <w:tcW w:type="dxa" w:w="316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403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32</w:t>
            </w:r>
          </w:p>
        </w:tc>
        <w:tc>
          <w:tcPr>
            <w:tcW w:type="dxa" w:w="316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403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</w:tbl>
    <w:p>
      <w:r>
        <w:t>Comprueba una respuesta con una multiplicación.</w:t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Forma grupos iguales</w:t>
      </w:r>
    </w:p>
    <w:p>
      <w:r>
        <w:t>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24 ÷ 6 = 4 · 4 grupos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21 ÷ 7 = 3 · 3 grupos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40 ÷ 8 = 5 · 5 grupos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18 ÷ 9 = 2 · 2 grupos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42 ÷ 6 = 7 · 7 grupos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32 ÷ 8 = 4 · 4 grupos</w:t>
            </w:r>
          </w:p>
        </w:tc>
      </w:tr>
    </w:tbl>
    <w:p>
      <w:pPr>
        <w:pStyle w:val="Heading1"/>
      </w:pPr>
      <w:r>
        <w:t>Orientación para revisar</w:t>
      </w:r>
    </w:p>
    <w:p>
      <w:r>
        <w:t>En una división exacta, divisor × cociente = dividendo. El resto es cero y el divisor nunca es cero.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PlantillasyPortadas · Fichas para aprender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 grupos iguales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