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Guion para entrevista docente</w:t>
      </w:r>
    </w:p>
    <w:p>
      <w:r>
        <w:rPr>
          <w:rFonts w:ascii="Arial" w:hAnsi="Arial"/>
          <w:b w:val="0"/>
          <w:color w:val="555555"/>
          <w:sz w:val="20"/>
        </w:rPr>
        <w:t>Hoja de preparación y práctica · ejemplo sin datos reales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120"/>
        <w:gridCol w:w="3120"/>
        <w:gridCol w:w="3120"/>
      </w:tblGrid>
      <w:tr>
        <w:tc>
          <w:tcPr>
            <w:tcW w:type="dxa" w:w="3240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Puesto</w:t>
            </w:r>
          </w:p>
        </w:tc>
        <w:tc>
          <w:tcPr>
            <w:tcW w:type="dxa" w:w="3960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Organización</w:t>
            </w:r>
          </w:p>
        </w:tc>
        <w:tc>
          <w:tcPr>
            <w:tcW w:type="dxa" w:w="2160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Duración objetivo</w:t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________________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________________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____ segundos</w:t>
            </w:r>
          </w:p>
        </w:tc>
      </w:tr>
    </w:tbl>
    <w:p>
      <w:pPr>
        <w:pStyle w:val="Heading2"/>
      </w:pPr>
      <w:r>
        <w:t>Mapa del mensaje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120"/>
        <w:gridCol w:w="3120"/>
        <w:gridCol w:w="3120"/>
      </w:tblGrid>
      <w:tr>
        <w:tc>
          <w:tcPr>
            <w:tcW w:type="dxa" w:w="1656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Parte</w:t>
            </w:r>
          </w:p>
        </w:tc>
        <w:tc>
          <w:tcPr>
            <w:tcW w:type="dxa" w:w="3960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Idea que quiero comunicar</w:t>
            </w:r>
          </w:p>
        </w:tc>
        <w:tc>
          <w:tcPr>
            <w:tcW w:type="dxa" w:w="3744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Evidencia o ejemplo</w:t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Quién soy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Qué sé hacer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Qué aporto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Por qué este puesto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Cierre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</w:tr>
    </w:tbl>
    <w:p>
      <w:pPr>
        <w:pStyle w:val="Heading2"/>
      </w:pPr>
      <w:r>
        <w:t>Primer borrador</w:t>
      </w:r>
    </w:p>
    <w:p>
      <w:r>
        <w:rPr>
          <w:rFonts w:ascii="Arial" w:hAnsi="Arial"/>
          <w:b w:val="0"/>
          <w:color w:val="555555"/>
          <w:sz w:val="18"/>
        </w:rPr>
        <w:t>Redacta con lenguaje oral. En este modelo organiza: nivel o área, enfoque de aula, evidencia y contribución.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pPr>
        <w:pStyle w:val="Heading2"/>
      </w:pPr>
      <w:r>
        <w:t>Prueba en voz alta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936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Intento</w:t>
            </w:r>
          </w:p>
        </w:tc>
        <w:tc>
          <w:tcPr>
            <w:tcW w:type="dxa" w:w="1368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Duración</w:t>
            </w:r>
          </w:p>
        </w:tc>
        <w:tc>
          <w:tcPr>
            <w:tcW w:type="dxa" w:w="3528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Qué funcionó</w:t>
            </w:r>
          </w:p>
        </w:tc>
        <w:tc>
          <w:tcPr>
            <w:tcW w:type="dxa" w:w="3528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Qué ajustar</w:t>
            </w:r>
          </w:p>
        </w:tc>
      </w:tr>
      <w:tr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1</w:t>
            </w:r>
          </w:p>
        </w:tc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</w:tr>
      <w:tr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2</w:t>
            </w:r>
          </w:p>
        </w:tc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</w:tr>
      <w:tr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3</w:t>
            </w:r>
          </w:p>
        </w:tc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</w:tr>
    </w:tbl>
    <w:p>
      <w:r>
        <w:rPr>
          <w:rFonts w:ascii="Arial" w:hAnsi="Arial"/>
          <w:b w:val="0"/>
          <w:color w:val="666666"/>
          <w:sz w:val="16"/>
        </w:rPr>
        <w:t>Cuándo usarlo: entrevista en un centro educativo. La plantilla ayuda a preparar una respuesta flexible; no conviene memorizarla palabra por palabra ni prometer resultados que no puedas explicar.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0202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20202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  <w:color w:val="20202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20202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  <w:color w:val="2020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0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89432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2020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2020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2020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2020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2020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20202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20202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/>
      <w:color w:val="202020"/>
    </w:rPr>
  </w:style>
  <w:style w:type="table" w:default="1" w:styleId="TableNormal">
    <w:name w:val="Normal Table"/>
    <w:uiPriority w:val="99"/>
    <w:semiHidden/>
    <w:unhideWhenUsed/>
    <w:rPr>
      <w:rFonts w:ascii="Arial" w:hAnsi="Arial"/>
      <w:color w:val="2020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20202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20202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20202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20202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A1A2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Arial" w:hAnsi="Arial"/>
      <w:color w:val="20202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20202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Arial" w:hAnsi="Arial"/>
      <w:i/>
      <w:iCs/>
      <w:color w:val="20202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20202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2020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  <w:color w:val="20202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20202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  <w:color w:val="20202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20202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color w:val="20202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20202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20202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20202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2020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2020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20202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2020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20202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20202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20202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20202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20202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20202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color w:val="20202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20202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2020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rial" w:hAnsi="Arial"/>
      <w:b/>
      <w:bCs/>
      <w:i/>
      <w:iCs/>
      <w:color w:val="2020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rial" w:hAnsi="Arial"/>
      <w:color w:val="2020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020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020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rial" w:hAnsi="Arial"/>
      <w:color w:val="20202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0202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20202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  <w:color w:val="202020"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  <w:color w:val="2020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2020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20202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20202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20202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20202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20202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color w:val="20202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20202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/>
      <w:color w:val="2020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Guion para entrevista docente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