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Preparar una petición de recomendación</w:t>
      </w:r>
    </w:p>
    <w:p>
      <w:r>
        <w:t>Elige a una persona que conozca tu trabajo y pregúntale si acepta recomendarte. La valoración y la firma le corresponden a esa persona.</w:t>
      </w:r>
    </w:p>
    <w:p>
      <w:pPr>
        <w:pStyle w:val="Heading1"/>
      </w:pPr>
      <w:r>
        <w:t>Mi preparación</w:t>
      </w:r>
    </w:p>
    <w:p>
      <w:r>
        <w:rPr>
          <w:b/>
        </w:rPr>
        <w:t xml:space="preserve">Persona propuesta. </w:t>
      </w:r>
      <w:r>
        <w:t>Anota cómo te conoce y en qué contexto habéis trabajado.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Experiencia compartida. </w:t>
      </w:r>
      <w:r>
        <w:t>Periodo, proyecto o equipo que podrá describir.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Evidencias que recordar. </w:t>
      </w:r>
      <w:r>
        <w:t>Dos ejemplos reales de tu trabajo relevantes para la candidatura.</w:t>
      </w:r>
    </w:p>
    <w:p>
      <w:pPr>
        <w:spacing w:after="180"/>
      </w:pPr>
      <w:r>
        <w:t>[Escribe aquí]</w:t>
      </w:r>
    </w:p>
    <w:p>
      <w:r>
        <w:rPr>
          <w:b/>
        </w:rPr>
        <w:t xml:space="preserve">Permiso y entrega. </w:t>
      </w:r>
      <w:r>
        <w:t>Confirma disponibilidad, contacto autorizado, destinatario y plazo.</w:t>
      </w:r>
    </w:p>
    <w:p>
      <w:pPr>
        <w:spacing w:after="180"/>
      </w:pPr>
      <w:r>
        <w:t>[Escribe aquí]</w:t>
      </w:r>
    </w:p>
    <w:p>
      <w:pPr>
        <w:pStyle w:val="Heading1"/>
      </w:pPr>
      <w:r>
        <w:t>Cómo continuar</w:t>
      </w:r>
    </w:p>
    <w:p>
      <w:r>
        <w:t>Mensaje orientativo: Estoy optando a [puesto]. ¿Te sentirías cómodo/a recomendándome por nuestro trabajo en [proyecto]? Si aceptas, te envío el contexto y las instrucciones de entrega.</w:t>
      </w:r>
    </w:p>
    <w:p>
      <w:r>
        <w:t>Ejemplo concreto que puedo recordar al emisor: [Escribe aquí]</w:t>
      </w:r>
    </w:p>
    <w:p>
      <w:r>
        <w:t>Respuesta recibida y próximo paso: [Escribe aquí]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/>
    </w:pPr>
    <w:r>
      <w:rPr>
        <w:sz w:val="16"/>
      </w:rPr>
      <w:t>Hoja de preparación personal. No es un certificado.</w:t>
      <w:br/>
    </w:r>
    <w:hyperlink r:id="rId1">
      <w:r>
        <w:rPr>
          <w:color w:val="20653F"/>
        </w:rPr>
        <w:t>Guía y recursos relacionados de PlantillasyPortadas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lantillasyportadas.com/blog/carta-recomendacion-constancia-laboral-diferenci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Preparar una petición de recomendación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