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Sílabas con grupos consonánticos</w:t>
      </w:r>
    </w:p>
    <w:p>
      <w:pPr>
        <w:spacing w:after="120"/>
      </w:pPr>
      <w:r>
        <w:rPr>
          <w:b w:val="0"/>
          <w:sz w:val="21"/>
        </w:rPr>
        <w:t>Presenta un grupo cada vez y evita mezclar todas las tarjetas al empezar.</w:t>
      </w:r>
    </w:p>
    <w:p>
      <w:pPr>
        <w:spacing w:after="120"/>
      </w:pPr>
      <w:r>
        <w:rPr>
          <w:b w:val="0"/>
          <w:sz w:val="22"/>
        </w:rPr>
        <w:t>Recorta por las líneas y conserva cada juego en un sobre identificado. Las tarjetas contienen texto editable.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872"/>
        <w:gridCol w:w="1872"/>
        <w:gridCol w:w="1872"/>
        <w:gridCol w:w="1872"/>
        <w:gridCol w:w="1872"/>
      </w:tblGrid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bla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ble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bli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blo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blu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bra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bre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bri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bro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bru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pla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ple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pli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plo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plu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pra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pre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pri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pro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pru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tra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tre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tri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tro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tru</w:t>
            </w:r>
          </w:p>
        </w:tc>
      </w:tr>
    </w:tbl>
    <w:p>
      <w:pPr>
        <w:pStyle w:val="Heading2"/>
        <w:spacing w:before="180" w:after="100"/>
      </w:pPr>
      <w:r>
        <w:t>Cómo utilizar este juego</w:t>
      </w:r>
    </w:p>
    <w:p>
      <w:pPr>
        <w:spacing w:after="120"/>
      </w:pPr>
      <w:r>
        <w:rPr>
          <w:b w:val="0"/>
          <w:sz w:val="22"/>
        </w:rPr>
        <w:t>Di una sílaba, busca su tarjeta y prueba una combinación. Lee la palabra completa y cambia una tarjeta para observar qué ocurre.</w:t>
      </w:r>
    </w:p>
    <w:p>
      <w:pPr>
        <w:spacing w:after="120"/>
      </w:pPr>
      <w:r>
        <w:rPr>
          <w:b w:val="0"/>
          <w:sz w:val="22"/>
        </w:rPr>
        <w:t>Palabras orientativas: pla-to, bra-zo, tra-po, blo-que.</w:t>
      </w:r>
    </w:p>
    <w:p>
      <w:pPr>
        <w:spacing w:after="120"/>
      </w:pPr>
      <w:r>
        <w:rPr>
          <w:b w:val="0"/>
          <w:sz w:val="20"/>
        </w:rPr>
        <w:t>Estas palabras muestran la sílaba dentro de una palabra; para completarlas necesitarás tarjetas de otros juegos o tarjetas añadidas.</w:t>
      </w:r>
    </w:p>
    <w:p>
      <w:pPr>
        <w:spacing w:after="120"/>
      </w:pPr>
      <w:r>
        <w:rPr>
          <w:b w:val="0"/>
          <w:sz w:val="18"/>
        </w:rPr>
        <w:t>Acompaña el recorte según la autonomía del alumnado. Modelo general de aula, sin secuencia curricular obligatoria.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Sílabas con grupos consonánticos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