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Portafolio trimestral</w:t>
      </w:r>
    </w:p>
    <w:p>
      <w:pPr>
        <w:spacing w:after="120"/>
      </w:pPr>
      <w:r>
        <w:rPr>
          <w:b w:val="0"/>
          <w:sz w:val="21"/>
        </w:rPr>
        <w:t>Selecciona pocas evidencias que permitan explicar cambios y decisiones.</w:t>
      </w:r>
    </w:p>
    <w:p>
      <w:pPr>
        <w:spacing w:after="120"/>
      </w:pPr>
      <w:r>
        <w:rPr>
          <w:b w:val="0"/>
          <w:sz w:val="20"/>
        </w:rPr>
        <w:t>Alumno o código ____________________  Grupo __________  Periodo __________</w:t>
      </w:r>
    </w:p>
    <w:p>
      <w:pPr>
        <w:pStyle w:val="Heading2"/>
        <w:spacing w:before="180" w:after="100"/>
      </w:pPr>
      <w:r>
        <w:t>Propósito de la selección</w:t>
      </w:r>
    </w:p>
    <w:p>
      <w:pPr>
        <w:spacing w:after="120"/>
      </w:pPr>
      <w:r>
        <w:rPr>
          <w:b/>
          <w:sz w:val="21"/>
        </w:rPr>
        <w:t>Qué quiero mostrar con estas evidencias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Índice de evidencias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08"/>
        <w:gridCol w:w="4464"/>
        <w:gridCol w:w="3888"/>
      </w:tblGrid>
      <w:tr>
        <w:trPr>
          <w:trHeight w:val="619" w:hRule="atLeast"/>
          <w:cantSplit/>
          <w:tblHeader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Código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Trabajo y fecha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Dónde se encuentra</w:t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E01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E02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E03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E04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E05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E06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Criterio para elegir</w:t>
      </w:r>
    </w:p>
    <w:p>
      <w:pPr>
        <w:spacing w:after="120"/>
      </w:pPr>
      <w:r>
        <w:rPr>
          <w:b/>
          <w:sz w:val="21"/>
        </w:rPr>
        <w:t>Qué cambió durante el trimestre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La segunda página es una ficha de evidencia. Duplícala para cada muestra que selecciones y utiliza el mismo código del índice.</w:t>
      </w:r>
    </w:p>
    <w:p>
      <w:r>
        <w:br w:type="page"/>
      </w:r>
    </w:p>
    <w:p>
      <w:pPr>
        <w:pStyle w:val="Title"/>
      </w:pPr>
      <w:r>
        <w:t>Ficha de evidencia</w:t>
      </w:r>
    </w:p>
    <w:p>
      <w:pPr>
        <w:spacing w:after="120"/>
      </w:pPr>
      <w:r>
        <w:rPr>
          <w:b w:val="0"/>
          <w:sz w:val="21"/>
        </w:rPr>
        <w:t>Portafolio trimestral · Selección y reflexión</w:t>
      </w:r>
    </w:p>
    <w:p>
      <w:pPr>
        <w:spacing w:after="120"/>
      </w:pPr>
      <w:r>
        <w:rPr>
          <w:b w:val="0"/>
          <w:sz w:val="20"/>
        </w:rPr>
        <w:t>Código __________  Trabajo _______________________  Fecha __________</w:t>
      </w:r>
    </w:p>
    <w:p>
      <w:pPr>
        <w:pStyle w:val="Heading2"/>
        <w:spacing w:before="180" w:after="100"/>
      </w:pPr>
      <w:r>
        <w:t>La muestra</w:t>
      </w:r>
    </w:p>
    <w:p>
      <w:pPr>
        <w:spacing w:after="120"/>
      </w:pPr>
      <w:r>
        <w:rPr>
          <w:b/>
          <w:sz w:val="21"/>
        </w:rPr>
        <w:t>Qué hice y en qué actividad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Dónde se guarda el trabajo o su copia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Mi explicación</w:t>
      </w:r>
    </w:p>
    <w:p>
      <w:pPr>
        <w:spacing w:after="120"/>
      </w:pPr>
      <w:r>
        <w:rPr>
          <w:b/>
          <w:sz w:val="21"/>
        </w:rPr>
        <w:t>Por qué he elegido esta muestra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Qué cambió durante el trimestre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Próximo paso</w:t>
      </w:r>
    </w:p>
    <w:p>
      <w:pPr>
        <w:spacing w:after="120"/>
      </w:pPr>
      <w:r>
        <w:rPr>
          <w:b/>
          <w:sz w:val="21"/>
        </w:rPr>
        <w:t>Qué quiero practicar, revisar o preguntar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Comentario del docente o persona que acompaña __________________________</w:t>
      </w:r>
    </w:p>
    <w:p>
      <w:pPr>
        <w:spacing w:after="120"/>
      </w:pPr>
      <w:r>
        <w:rPr>
          <w:b w:val="0"/>
          <w:sz w:val="18"/>
        </w:rPr>
        <w:t>Adjunta sólo las muestras necesarias. No incluyas trabajos ni datos de otros alumnos sin seguir las indicaciones del centro.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Portafolio trimestral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