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la primera noche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6408"/>
        <w:gridCol w:w="1152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Fase o grupo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Tarea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Hecho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Documentación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Llaves y teléfonos de contacto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Documentación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Documentos que puedas necesitar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Higiene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Aseo personal y toallas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Descanso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Ropa de cama y cambio de ropa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Comida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Agua y comida sencilla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Comida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Vasos, cubiertos y utensilios básicos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Conexión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Teléfono y cargador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Limpieza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Bolsas y material básico de limpieza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Necesidades personales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Productos de uso habitual que correspondan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Linterna y elementos personales imprescindibles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 primera noche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