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mudanza de bajo consumo de tinta</w:t>
      </w:r>
    </w:p>
    <w:p>
      <w:r>
        <w:t>Marca cada tarea cuando esté terminada. Añade los detalles de tu traslado y elimina lo que no corresponda.</w:t>
      </w:r>
    </w:p>
    <w:p>
      <w:r>
        <w:t>Fecha del traslado ______________ Coordinación ____________________</w:t>
      </w:r>
    </w:p>
    <w:p>
      <w:r>
        <w:t>Origen ________________________ Destino _________________________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6408"/>
        <w:gridCol w:w="1152"/>
      </w:tblGrid>
      <w:tr>
        <w:trPr>
          <w:cantSplit/>
          <w:tblHeader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FFFFFF"/>
          </w:tcPr>
          <w:p>
            <w:pPr>
              <w:spacing w:after="40" w:before="40"/>
            </w:pPr>
            <w:r>
              <w:rPr>
                <w:b/>
                <w:sz w:val="18"/>
              </w:rPr>
              <w:t>Fase o grupo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FFFFFF"/>
          </w:tcPr>
          <w:p>
            <w:pPr>
              <w:spacing w:after="40" w:before="40"/>
            </w:pPr>
            <w:r>
              <w:rPr>
                <w:b/>
                <w:sz w:val="18"/>
              </w:rPr>
              <w:t>Tarea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FFFFFF"/>
          </w:tcPr>
          <w:p>
            <w:pPr>
              <w:spacing w:after="40" w:before="40"/>
            </w:pPr>
            <w:r>
              <w:rPr>
                <w:b/>
                <w:sz w:val="18"/>
              </w:rPr>
              <w:t>Hecho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Fecha y transporte confirmados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Accesos y horarios revisados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Material de embalaje reunido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Cajas codificadas y cerradas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Objetos frágiles identificados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Bolsa de primera noche separada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Salir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Todas las habitaciones revisadas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Salir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Documentación y llaves localizadas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Llegar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Cajas contadas y distribuidas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Llegar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Incidencias anotadas y asignadas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</w:tbl>
    <w:p>
      <w:pPr>
        <w:pStyle w:val="Heading1"/>
      </w:pPr>
      <w:r>
        <w:t>Pendientes e incidencias</w:t>
      </w:r>
    </w:p>
    <w:p>
      <w:r>
        <w:t>Detalle __________________________ Responsable __________________</w:t>
      </w:r>
    </w:p>
    <w:p>
      <w:r>
        <w:t>Próximo paso ____________________ Fecha _________________________</w:t>
      </w:r>
    </w:p>
    <w:p>
      <w:pPr>
        <w:pStyle w:val="Heading1"/>
      </w:pPr>
      <w:r>
        <w:t>Antes de cerrar la lista</w:t>
      </w:r>
    </w:p>
    <w:p>
      <w:r>
        <w:t>Comprueba las cajas pendientes, localiza las llaves y deja accesible lo que vas a usar al llegar. Verifica por separado los trámites de cambio de domicilio que correspondan en tu localidad.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mudanza de bajo consumo de tinta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