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del día de la mudanza</w:t>
      </w:r>
    </w:p>
    <w:p>
      <w:r>
        <w:t>Marca cada tarea cuando esté terminada. Añade los detalles de tu traslado y elimina lo que no corresponda.</w:t>
      </w:r>
    </w:p>
    <w:p>
      <w:r>
        <w:t>Fecha del traslado ______________ Coordinación ____________________</w:t>
      </w:r>
    </w:p>
    <w:p>
      <w:r>
        <w:t>Origen ________________________ Destino _________________________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00"/>
        <w:gridCol w:w="6408"/>
        <w:gridCol w:w="1152"/>
      </w:tblGrid>
      <w:tr>
        <w:trPr>
          <w:cantSplit/>
          <w:tblHeader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E7EDF3"/>
          </w:tcPr>
          <w:p>
            <w:pPr>
              <w:spacing w:after="40" w:before="40"/>
            </w:pPr>
            <w:r>
              <w:rPr>
                <w:b/>
                <w:sz w:val="18"/>
              </w:rPr>
              <w:t>Fase o grupo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E7EDF3"/>
          </w:tcPr>
          <w:p>
            <w:pPr>
              <w:spacing w:after="40" w:before="40"/>
            </w:pPr>
            <w:r>
              <w:rPr>
                <w:b/>
                <w:sz w:val="18"/>
              </w:rPr>
              <w:t>Tarea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E7EDF3"/>
          </w:tcPr>
          <w:p>
            <w:pPr>
              <w:spacing w:after="40" w:before="40"/>
            </w:pPr>
            <w:r>
              <w:rPr>
                <w:b/>
                <w:sz w:val="18"/>
              </w:rPr>
              <w:t>Hecho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Antes de cargar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Confirmar equipo y hora de llegada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Antes de cargar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Despejar recorridos y proteger accesos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Carga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Contar cajas y separar las frágiles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Carga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Mantener documentación y llaves a mano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Salida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Recorrer todas las habitaciones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Salida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Comprobar armarios y espacios de almacenaje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Llegada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Confirmar acceso y zona de descarga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Descarga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Contar las cajas recibidas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Descarga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Anotar daños visibles y referencias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Cierre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Confirmar pendientes con responsable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</w:tbl>
    <w:p>
      <w:pPr>
        <w:pStyle w:val="Heading1"/>
      </w:pPr>
      <w:r>
        <w:t>Pendientes e incidencias</w:t>
      </w:r>
    </w:p>
    <w:p>
      <w:r>
        <w:t>Detalle __________________________ Responsable __________________</w:t>
      </w:r>
    </w:p>
    <w:p>
      <w:r>
        <w:t>Próximo paso ____________________ Fecha _________________________</w:t>
      </w:r>
    </w:p>
    <w:p>
      <w:pPr>
        <w:pStyle w:val="Heading1"/>
      </w:pPr>
      <w:r>
        <w:t>Antes de cerrar la lista</w:t>
      </w:r>
    </w:p>
    <w:p>
      <w:r>
        <w:t>Comprueba las cajas pendientes, localiza las llaves y deja accesible lo que vas a usar al llegar. Verifica por separado los trámites de cambio de domicilio que correspondan en tu localidad.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del día de la mudanza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