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cajas para mudanza</w:t>
      </w:r>
    </w:p>
    <w:p>
      <w:r>
        <w:t>Marca cada tarea cuando esté terminada. Añade los detalles de tu traslado y elimina lo que no corresponda.</w:t>
      </w:r>
    </w:p>
    <w:p>
      <w:r>
        <w:t>Fecha del traslado ______________ Coordinación ____________________</w:t>
      </w:r>
    </w:p>
    <w:p>
      <w:r>
        <w:t>Origen ________________________ Destino _________________________</w:t>
      </w:r>
    </w:p>
    <w:p>
      <w:pPr>
        <w:pStyle w:val="Heading1"/>
      </w:pPr>
      <w:r>
        <w:t>Registro de cajas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36"/>
        <w:gridCol w:w="3311"/>
        <w:gridCol w:w="2015"/>
        <w:gridCol w:w="1800"/>
        <w:gridCol w:w="1296"/>
      </w:tblGrid>
      <w:tr>
        <w:trPr>
          <w:cantSplit/>
          <w:tblHeader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Código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Destino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Abrir primero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Recibida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C-01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Ropa de cama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Dormitorio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Sí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331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</w:t>
            </w:r>
          </w:p>
        </w:tc>
        <w:tc>
          <w:tcPr>
            <w:tcW w:type="dxa" w:w="1296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</w:tbl>
    <w:p>
      <w:r>
        <w:t>La primera fila es un ejemplo. Usa el mismo código en la caja y en esta lista. Duplica las filas si necesitas más espacio.</w:t>
      </w:r>
    </w:p>
    <w:p>
      <w:pPr>
        <w:pStyle w:val="Heading1"/>
      </w:pPr>
      <w:r>
        <w:t>Control de entrega</w:t>
      </w:r>
    </w:p>
    <w:p>
      <w:r>
        <w:t>Cajas previstas ________ Recibidas ________ Pendientes ________</w:t>
      </w:r>
    </w:p>
    <w:p>
      <w:pPr>
        <w:pStyle w:val="Heading1"/>
      </w:pPr>
      <w:r>
        <w:t>Pendientes e incidencias</w:t>
      </w:r>
    </w:p>
    <w:p>
      <w:r>
        <w:t>Detalle __________________________ Responsable __________________</w:t>
      </w:r>
    </w:p>
    <w:p>
      <w:r>
        <w:t>Próximo paso ____________________ Fecha _________________________</w:t>
      </w:r>
    </w:p>
    <w:p>
      <w:pPr>
        <w:pStyle w:val="Heading1"/>
      </w:pPr>
      <w:r>
        <w:t>Antes de cerrar la lista</w:t>
      </w:r>
    </w:p>
    <w:p>
      <w:r>
        <w:t>Comprueba las cajas pendientes, localiza las llaves y deja accesible lo que vas a usar al llegar. Verifica por separado los trámites de cambio de domicilio que correspondan en tu localidad.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cajas para mudanza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