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773" w:type="dxa"/>
      </w:tblPr>
      <w:tblGrid>
        <w:gridCol w:w="1247"/>
        <w:gridCol w:w="8278"/>
        <w:gridCol w:w="1247"/>
      </w:tblGrid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5F5F7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telaranas-word-esq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5F5F7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telaranas-word-banda-h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5F5F7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telaranas-word-esq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5F5F7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telaranas-word-banda-v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5F5F7" w:val="clear"/>
            <w:vAlign w:val="top"/>
          </w:tcPr>
          <w:p>
            <w:pPr>
              <w:spacing w:before="200"/>
            </w:pPr>
          </w:p>
          <w:p>
            <w:pPr>
              <w:spacing w:before="360" w:after="320"/>
              <w:jc w:val="center"/>
            </w:pPr>
            <w:r>
              <w:rPr>
                <w:b/>
                <w:color w:val="3B3B4F"/>
                <w:sz w:val="52"/>
              </w:rPr>
              <w:t>[ ESCRIBE AQUÍ TU TÍTULO ]</w:t>
            </w:r>
          </w:p>
          <w:p>
            <w:pPr>
              <w:jc w:val="center"/>
            </w:pPr>
            <w:r>
              <w:rPr>
                <w:i/>
                <w:color w:val="8A8A9A"/>
                <w:sz w:val="21"/>
              </w:rPr>
              <w:t>Borra este texto y escribe el tuyo. El marco se queda fijo al editar.</w:t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5F5F7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telaranas-word-banda-v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5F5F7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telaranas-word-esq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5F5F7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telaranas-word-banda-h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5F5F7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telaranas-word-esq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