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W w:w="10773" w:type="dxa"/>
      </w:tblPr>
      <w:tblGrid>
        <w:gridCol w:w="1247"/>
        <w:gridCol w:w="8278"/>
        <w:gridCol w:w="1247"/>
      </w:tblGrid>
      <w:tr>
        <w:trPr>
          <w:trHeight w:val="1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0DF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murcielagos-word-esq0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  <w:shd w:fill="FFF0DF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56000" cy="933993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murcielagos-word-banda-h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0" cy="9339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0DF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murcielagos-word-esq1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2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0DF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793834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murcielagos-word-banda-v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383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  <w:shd w:fill="FFF0DF" w:val="clear"/>
            <w:vAlign w:val="top"/>
          </w:tcPr>
          <w:p>
            <w:pPr>
              <w:spacing w:before="200"/>
            </w:pPr>
          </w:p>
          <w:p>
            <w:pPr>
              <w:spacing w:before="360" w:after="320"/>
              <w:jc w:val="center"/>
            </w:pPr>
            <w:r>
              <w:rPr>
                <w:b/>
                <w:color w:val="1A1A2E"/>
                <w:sz w:val="52"/>
              </w:rPr>
              <w:t>[ ESCRIBE AQUÍ TU TÍTULO ]</w:t>
            </w:r>
          </w:p>
          <w:p>
            <w:pPr>
              <w:jc w:val="center"/>
            </w:pPr>
            <w:r>
              <w:rPr>
                <w:i/>
                <w:color w:val="8A8A9A"/>
                <w:sz w:val="21"/>
              </w:rPr>
              <w:t>Borra este texto y escribe el tuyo. El marco se queda fijo al editar.</w:t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0DF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7938347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murcielagos-word-banda-v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79383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474" w:hRule="exact"/>
        </w:trPr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0DF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murcielagos-word-esq0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277"/>
            <w:tcMar>
              <w:top w:w="0" w:type="dxa"/>
              <w:start w:w="0" w:type="dxa"/>
              <w:bottom w:w="0" w:type="dxa"/>
              <w:end w:w="0" w:type="dxa"/>
            </w:tcMar>
            <w:shd w:fill="FFF0DF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256000" cy="93399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murcielagos-word-banda-h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6000" cy="9339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47"/>
            <w:tcMar>
              <w:top w:w="0" w:type="dxa"/>
              <w:start w:w="0" w:type="dxa"/>
              <w:bottom w:w="0" w:type="dxa"/>
              <w:end w:w="0" w:type="dxa"/>
            </w:tcMar>
            <w:shd w:fill="FFF0DF" w:val="clear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92000" cy="93572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rde-halloween-murcielagos-word-esq3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000" cy="9357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