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773" w:type="dxa"/>
      </w:tblPr>
      <w:tblGrid>
        <w:gridCol w:w="1247"/>
        <w:gridCol w:w="8278"/>
        <w:gridCol w:w="1247"/>
      </w:tblGrid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banda-h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esq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banda-v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  <w:vAlign w:val="top"/>
          </w:tcPr>
          <w:p>
            <w:pPr>
              <w:spacing w:before="280" w:after="200"/>
            </w:pPr>
            <w:r>
              <w:rPr>
                <w:color w:val="6B7280"/>
                <w:sz w:val="21"/>
              </w:rPr>
              <w:t>Nombre: ____________________   Fecha: __________   Curso: ______</w:t>
            </w:r>
          </w:p>
          <w:p>
            <w:pPr>
              <w:spacing w:before="360" w:after="320"/>
              <w:jc w:val="center"/>
            </w:pPr>
            <w:r>
              <w:rPr>
                <w:b/>
                <w:color w:val="E8730C"/>
                <w:sz w:val="52"/>
              </w:rPr>
              <w:t>[ ESCRIBE AQUÍ TU TÍTULO ]</w:t>
            </w:r>
          </w:p>
          <w:p>
            <w:pPr>
              <w:jc w:val="center"/>
            </w:pPr>
            <w:r>
              <w:rPr>
                <w:i/>
                <w:color w:val="8A8A9A"/>
                <w:sz w:val="21"/>
              </w:rPr>
              <w:t>Borra este texto y escribe el tuyo. El marco se queda fijo al editar.</w:t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banda-v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esq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banda-h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7EC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infantil-word-esq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