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  <w:vAlign w:val="top"/>
          </w:tcPr>
          <w:p>
            <w:pPr>
              <w:spacing w:before="280" w:after="200"/>
            </w:pPr>
            <w:r>
              <w:rPr>
                <w:color w:val="6B7280"/>
                <w:sz w:val="21"/>
              </w:rPr>
              <w:t>Nombre: ____________________   Fecha: __________   Curso: ______</w:t>
            </w:r>
          </w:p>
          <w:p>
            <w:pPr>
              <w:spacing w:before="360" w:after="320"/>
              <w:jc w:val="center"/>
            </w:pPr>
            <w:r>
              <w:rPr>
                <w:b/>
                <w:color w:val="E8730C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4E6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calabazas-word-esq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