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773" w:type="dxa"/>
      </w:tblPr>
      <w:tblGrid>
        <w:gridCol w:w="1247"/>
        <w:gridCol w:w="8278"/>
        <w:gridCol w:w="1247"/>
      </w:tblGrid>
      <w:tr>
        <w:trPr>
          <w:trHeight w:val="1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bajo-consumo-tinta-word-esq0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56000" cy="933993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bajo-consumo-tinta-word-banda-h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0" cy="9339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bajo-consumo-tinta-word-esq1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793834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bajo-consumo-tinta-word-banda-v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383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280" w:after="200"/>
            </w:pPr>
            <w:r>
              <w:rPr>
                <w:color w:val="6B7280"/>
                <w:sz w:val="21"/>
              </w:rPr>
              <w:t>Nombre: ____________________   Fecha: __________   Curso: ______</w:t>
            </w:r>
          </w:p>
          <w:p>
            <w:pPr>
              <w:spacing w:before="360" w:after="320"/>
              <w:jc w:val="center"/>
            </w:pPr>
            <w:r>
              <w:rPr>
                <w:b/>
                <w:color w:val="1A1A1A"/>
                <w:sz w:val="52"/>
              </w:rPr>
              <w:t>[ ESCRIBE AQUÍ TU TÍTULO ]</w:t>
            </w:r>
          </w:p>
          <w:p>
            <w:pPr>
              <w:jc w:val="center"/>
            </w:pPr>
            <w:r>
              <w:rPr>
                <w:i/>
                <w:color w:val="8A8A9A"/>
                <w:sz w:val="21"/>
              </w:rPr>
              <w:t>Borra este texto y escribe el tuyo. El marco se queda fijo al editar.</w:t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7938347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bajo-consumo-tinta-word-banda-v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383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bajo-consumo-tinta-word-esq2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56000" cy="93399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bajo-consumo-tinta-word-banda-h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0" cy="9339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bajo-consumo-tinta-word-esq3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